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ANTRAG AUF AUFHEBUNG DER EINREISESPERRE</w:t>
      </w:r>
    </w:p>
    <w:p/>
    <w:p/>
    <w:p>
      <w:r>
        <w:rPr>
          <w:b w:val="0"/>
          <w:sz w:val="22"/>
        </w:rPr>
        <w:t>An</w:t>
      </w:r>
    </w:p>
    <w:p>
      <w:r>
        <w:rPr>
          <w:b w:val="0"/>
          <w:sz w:val="22"/>
        </w:rPr>
        <w:t>Ausländerbehörde</w:t>
      </w:r>
    </w:p>
    <w:p>
      <w:r>
        <w:rPr>
          <w:b w:val="0"/>
          <w:sz w:val="22"/>
        </w:rPr>
        <w:t>_________________________</w:t>
      </w:r>
    </w:p>
    <w:p>
      <w:r>
        <w:rPr>
          <w:b w:val="0"/>
          <w:sz w:val="22"/>
        </w:rPr>
        <w:t>_________________________</w:t>
      </w:r>
    </w:p>
    <w:p/>
    <w:p/>
    <w:p>
      <w:r>
        <w:rPr>
          <w:b/>
          <w:sz w:val="22"/>
        </w:rPr>
        <w:t>Betreff:</w:t>
      </w:r>
    </w:p>
    <w:p>
      <w:r>
        <w:rPr>
          <w:b w:val="0"/>
          <w:sz w:val="22"/>
        </w:rPr>
        <w:t>Antrag auf Aufhebung der Einreisesperre gemäß § 11 Aufenthaltsgesetz</w:t>
      </w:r>
    </w:p>
    <w:p/>
    <w:p/>
    <w:p>
      <w:r>
        <w:rPr>
          <w:b/>
          <w:sz w:val="22"/>
        </w:rPr>
        <w:t>Angaben zum Antragsteller</w:t>
      </w:r>
    </w:p>
    <w:p>
      <w:r>
        <w:rPr>
          <w:b w:val="0"/>
          <w:sz w:val="22"/>
        </w:rPr>
        <w:t>Name:</w:t>
      </w:r>
    </w:p>
    <w:p>
      <w:r>
        <w:rPr>
          <w:b w:val="0"/>
          <w:sz w:val="22"/>
        </w:rPr>
        <w:t>Vorname:</w:t>
      </w:r>
    </w:p>
    <w:p>
      <w:r>
        <w:rPr>
          <w:b w:val="0"/>
          <w:sz w:val="22"/>
        </w:rPr>
        <w:t>Geburtsdatum:</w:t>
      </w:r>
    </w:p>
    <w:p>
      <w:r>
        <w:rPr>
          <w:b w:val="0"/>
          <w:sz w:val="22"/>
        </w:rPr>
        <w:t>Staatsangehörigkeit:</w:t>
      </w:r>
    </w:p>
    <w:p>
      <w:r>
        <w:rPr>
          <w:b w:val="0"/>
          <w:sz w:val="22"/>
        </w:rPr>
        <w:t>Adresse:</w:t>
      </w:r>
    </w:p>
    <w:p>
      <w:r>
        <w:rPr>
          <w:b w:val="0"/>
          <w:sz w:val="22"/>
        </w:rPr>
        <w:t>Telefonnummer / E-Mail:</w:t>
      </w:r>
    </w:p>
    <w:p/>
    <w:p/>
    <w:p>
      <w:r>
        <w:rPr>
          <w:b/>
          <w:sz w:val="22"/>
        </w:rPr>
        <w:t>Sachverhalt und Begründung</w:t>
      </w:r>
    </w:p>
    <w:p>
      <w:r>
        <w:rPr>
          <w:b w:val="0"/>
          <w:sz w:val="22"/>
        </w:rPr>
        <w:t>Hiermit beantrage ich die Aufhebung der gegen mich verhängten Einreisesperre. Ich versichere, dass die Gründe, die zur Verhängung der Sperre geführt haben, nicht mehr gegeben sind bzw. dass besondere Umstände vorliegen, die eine Aufhebung rechtfertigen.</w:t>
      </w:r>
    </w:p>
    <w:p>
      <w:r>
        <w:rPr>
          <w:b w:val="0"/>
          <w:sz w:val="22"/>
        </w:rPr>
        <w:t>Begründung (bitte ausführlich und individuell ausfüllen):</w:t>
      </w:r>
    </w:p>
    <w:p>
      <w:r>
        <w:rPr>
          <w:b w:val="0"/>
          <w:sz w:val="22"/>
        </w:rPr>
      </w:r>
    </w:p>
    <w:p>
      <w:r>
        <w:rPr>
          <w:b w:val="0"/>
          <w:sz w:val="22"/>
        </w:rPr>
      </w:r>
    </w:p>
    <w:p>
      <w:r>
        <w:rPr>
          <w:b w:val="0"/>
          <w:sz w:val="22"/>
        </w:rPr>
      </w:r>
    </w:p>
    <w:p>
      <w:r>
        <w:rPr>
          <w:b w:val="0"/>
          <w:sz w:val="22"/>
        </w:rPr>
      </w:r>
    </w:p>
    <w:p>
      <w:r>
        <w:rPr>
          <w:b w:val="0"/>
          <w:sz w:val="22"/>
        </w:rPr>
      </w:r>
    </w:p>
    <w:p/>
    <w:p/>
    <w:p>
      <w:r>
        <w:rPr>
          <w:b/>
          <w:sz w:val="22"/>
        </w:rPr>
        <w:t>Rechtsgrundlagen</w:t>
      </w:r>
    </w:p>
    <w:p>
      <w:r>
        <w:rPr>
          <w:b w:val="0"/>
          <w:sz w:val="22"/>
        </w:rPr>
        <w:t>Gemäß § 11 Absatz 1 Aufenthaltsgesetz kann eine Einreisesperre aufgehoben werden, wenn die Voraussetzungen für deren Erlass nicht mehr vorliegen oder besondere Umstände eine Aufhebung rechtfertigen.</w:t>
      </w:r>
    </w:p>
    <w:p/>
    <w:p/>
    <w:p>
      <w:r>
        <w:rPr>
          <w:b/>
          <w:sz w:val="22"/>
        </w:rPr>
        <w:t>Erklärung</w:t>
      </w:r>
    </w:p>
    <w:p>
      <w:r>
        <w:rPr>
          <w:b w:val="0"/>
          <w:sz w:val="22"/>
        </w:rPr>
        <w:t>Ich versichere, dass alle Angaben wahrheitsgemäß und vollständig sind. Mir ist bewusst, dass falsche Angaben rechtliche Konsequenzen haben können.</w:t>
      </w:r>
    </w:p>
    <w:p/>
    <w:p/>
    <w:p/>
    <w:p>
      <w:r>
        <w:rPr>
          <w:b w:val="0"/>
          <w:sz w:val="22"/>
        </w:rPr>
        <w:t>Ort: ____________________________    Datum: ____________________________</w:t>
      </w:r>
    </w:p>
    <w:p/>
    <w:p/>
    <w:p/>
    <w:tbl>
      <w:tblPr>
        <w:tblW w:type="auto" w:w="0"/>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Unterschrift</w:t>
            </w:r>
          </w:p>
        </w:tc>
      </w:tr>
      <w:tr>
        <w:tc>
          <w:tcPr>
            <w:tcW w:type="dxa" w:w="9972"/>
            <w:tcBorders>
              <w:top w:val="nil"/>
              <w:left w:val="nil"/>
              <w:bottom w:val="nil"/>
              <w:right w:val="nil"/>
              <w:insideH w:val="nil"/>
              <w:insideV w:val="nil"/>
            </w:tcBorders>
          </w:tcPr>
          <w:p>
            <w:pPr>
              <w:jc w:val="left"/>
            </w:pPr>
            <w:r>
              <w:br/>
              <w:br/>
              <w:t>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https://genehmigungen-experte.com/antrag-auf-aufhebung-der-einreisesperre/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https://genehmigungen-experte.com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genehmigungen-experte.com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genehmigungen-experte.com/antrag-auf-aufhebung-der-einreisesperre/" TargetMode="External"/><Relationship Id="rId10" Type="http://schemas.openxmlformats.org/officeDocument/2006/relationships/hyperlink" Target="https://genehmig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