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NUTZUNGSÄNDERUNG</w:t>
      </w:r>
    </w:p>
    <w:p/>
    <w:p/>
    <w:p>
      <w:r>
        <w:rPr>
          <w:b/>
          <w:sz w:val="24"/>
        </w:rPr>
        <w:t>1. Antragsteller / Eigentümer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2. Grundstück / Lage</w:t>
      </w:r>
    </w:p>
    <w:p>
      <w:r>
        <w:rPr>
          <w:b w:val="0"/>
          <w:sz w:val="22"/>
        </w:rPr>
        <w:t>Gemarkung:</w:t>
      </w:r>
    </w:p>
    <w:p>
      <w:r>
        <w:rPr>
          <w:b w:val="0"/>
          <w:sz w:val="22"/>
        </w:rPr>
        <w:t>Flur:</w:t>
      </w:r>
    </w:p>
    <w:p>
      <w:r>
        <w:rPr>
          <w:b w:val="0"/>
          <w:sz w:val="22"/>
        </w:rPr>
        <w:t>Flurstück:</w:t>
      </w:r>
    </w:p>
    <w:p>
      <w:r>
        <w:rPr>
          <w:b w:val="0"/>
          <w:sz w:val="22"/>
        </w:rPr>
        <w:t>Adresse der Immobilie:</w:t>
      </w:r>
    </w:p>
    <w:p/>
    <w:p>
      <w:r>
        <w:rPr>
          <w:b/>
          <w:sz w:val="24"/>
        </w:rPr>
        <w:t>3. Bestehende Nutzung</w:t>
      </w:r>
    </w:p>
    <w:p>
      <w:r>
        <w:rPr>
          <w:b w:val="0"/>
          <w:sz w:val="22"/>
        </w:rPr>
        <w:t>Beschreibung der aktuellen Nutzung des Gebäudes / der Immobilie:</w:t>
      </w:r>
    </w:p>
    <w:p/>
    <w:p/>
    <w:p/>
    <w:p>
      <w:r>
        <w:rPr>
          <w:b/>
          <w:sz w:val="24"/>
        </w:rPr>
        <w:t>4. Beantragte Nutzungsänderung</w:t>
      </w:r>
    </w:p>
    <w:p>
      <w:r>
        <w:rPr>
          <w:b w:val="0"/>
          <w:sz w:val="22"/>
        </w:rPr>
        <w:t>Beschreibung der gewünschten neuen Nutzung:</w:t>
      </w:r>
    </w:p>
    <w:p/>
    <w:p/>
    <w:p/>
    <w:p>
      <w:r>
        <w:rPr>
          <w:b/>
          <w:sz w:val="24"/>
        </w:rPr>
        <w:t>5. Beschreibung des Bauvorhabens</w:t>
      </w:r>
    </w:p>
    <w:p>
      <w:r>
        <w:rPr>
          <w:b w:val="0"/>
          <w:sz w:val="22"/>
        </w:rPr>
        <w:t>Maßnahmen zur Umsetzung der Nutzungsänderung (z.B. Umbau, Anbauten, technische Änderungen):</w:t>
      </w:r>
    </w:p>
    <w:p/>
    <w:p/>
    <w:p/>
    <w:p>
      <w:r>
        <w:rPr>
          <w:b/>
          <w:sz w:val="24"/>
        </w:rPr>
        <w:t>6. Flächenangaben</w:t>
      </w:r>
    </w:p>
    <w:p>
      <w:r>
        <w:rPr>
          <w:b w:val="0"/>
          <w:sz w:val="22"/>
        </w:rPr>
        <w:t>Bisherige Nutzfläche (m²):</w:t>
      </w:r>
    </w:p>
    <w:p>
      <w:r>
        <w:rPr>
          <w:b w:val="0"/>
          <w:sz w:val="22"/>
        </w:rPr>
        <w:t>Geplante Nutzfläche nach Änderung (m²):</w:t>
      </w:r>
    </w:p>
    <w:p/>
    <w:p>
      <w:r>
        <w:rPr>
          <w:b/>
          <w:sz w:val="24"/>
        </w:rPr>
        <w:t>7. Stellplätze</w:t>
      </w:r>
    </w:p>
    <w:p>
      <w:r>
        <w:rPr>
          <w:b w:val="0"/>
          <w:sz w:val="22"/>
        </w:rPr>
        <w:t>Anzahl bisheriger Stellplätze:</w:t>
      </w:r>
    </w:p>
    <w:p>
      <w:r>
        <w:rPr>
          <w:b w:val="0"/>
          <w:sz w:val="22"/>
        </w:rPr>
        <w:t>Anzahl geplanter Stellplätze:</w:t>
      </w:r>
    </w:p>
    <w:p/>
    <w:p>
      <w:r>
        <w:rPr>
          <w:b/>
          <w:sz w:val="24"/>
        </w:rPr>
        <w:t>8. Nachbarbeteiligung</w:t>
      </w:r>
    </w:p>
    <w:p>
      <w:r>
        <w:rPr>
          <w:b w:val="0"/>
          <w:sz w:val="22"/>
        </w:rPr>
        <w:t>Wurden die Nachbarn informiert und ggf. beteiligt? (Ja / Nein):</w:t>
      </w:r>
    </w:p>
    <w:p>
      <w:r>
        <w:rPr>
          <w:b w:val="0"/>
          <w:sz w:val="22"/>
        </w:rPr>
        <w:t>Bemerkungen:</w:t>
      </w:r>
    </w:p>
    <w:p/>
    <w:p>
      <w:r>
        <w:rPr>
          <w:b/>
          <w:sz w:val="24"/>
        </w:rPr>
        <w:t>9. Erklärungen</w:t>
      </w:r>
    </w:p>
    <w:p>
      <w:r>
        <w:rPr>
          <w:b w:val="0"/>
          <w:sz w:val="22"/>
        </w:rPr>
        <w:t>Ich versichere, dass alle gemachten Angaben wahrheitsgemäß und vollständig sind.</w:t>
      </w:r>
    </w:p>
    <w:p>
      <w:r>
        <w:rPr>
          <w:b w:val="0"/>
          <w:sz w:val="22"/>
        </w:rPr>
        <w:t>Mir ist bekannt, dass unvollständige oder falsche Angaben zum Ablehnen des Antrags führen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Bauherr / Vertreter (falls abweichend)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https://genehmigungen-experte.com/antrag-auf-nutzungsanderung/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antrag-auf-nutzungsander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