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ANTRAG AUF ERTEILUNG EINES AUFENTHALTSTITELS</w:t>
      </w:r>
    </w:p>
    <w:p/>
    <w:p/>
    <w:p>
      <w:r>
        <w:rPr>
          <w:b/>
          <w:sz w:val="22"/>
        </w:rPr>
        <w:t>1. Persönliche Angaben</w:t>
      </w:r>
    </w:p>
    <w:p>
      <w:r>
        <w:rPr>
          <w:b/>
          <w:sz w:val="22"/>
        </w:rPr>
        <w:t>Vorname:</w:t>
      </w:r>
    </w:p>
    <w:p>
      <w:r>
        <w:rPr>
          <w:sz w:val="20"/>
        </w:rPr>
      </w:r>
    </w:p>
    <w:p>
      <w:r>
        <w:rPr>
          <w:b/>
          <w:sz w:val="22"/>
        </w:rPr>
        <w:t>Nachname:</w:t>
      </w:r>
    </w:p>
    <w:p>
      <w:r>
        <w:rPr>
          <w:sz w:val="20"/>
        </w:rPr>
      </w:r>
    </w:p>
    <w:p>
      <w:r>
        <w:rPr>
          <w:b/>
          <w:sz w:val="22"/>
        </w:rPr>
        <w:t>Geburtsdatum:</w:t>
      </w:r>
    </w:p>
    <w:p>
      <w:r>
        <w:rPr>
          <w:sz w:val="20"/>
        </w:rPr>
      </w:r>
    </w:p>
    <w:p>
      <w:r>
        <w:rPr>
          <w:b/>
          <w:sz w:val="22"/>
        </w:rPr>
        <w:t>Geburtsort:</w:t>
      </w:r>
    </w:p>
    <w:p>
      <w:r>
        <w:rPr>
          <w:sz w:val="20"/>
        </w:rPr>
      </w:r>
    </w:p>
    <w:p>
      <w:r>
        <w:rPr>
          <w:b/>
          <w:sz w:val="22"/>
        </w:rPr>
        <w:t>Staatsangehörigkeit:</w:t>
      </w:r>
    </w:p>
    <w:p>
      <w:r>
        <w:rPr>
          <w:sz w:val="20"/>
        </w:rPr>
      </w:r>
    </w:p>
    <w:p>
      <w:r>
        <w:rPr>
          <w:b/>
          <w:sz w:val="22"/>
        </w:rPr>
        <w:t>Familienstand:</w:t>
      </w:r>
    </w:p>
    <w:p>
      <w:r>
        <w:rPr>
          <w:sz w:val="20"/>
        </w:rPr>
      </w:r>
    </w:p>
    <w:p>
      <w:r>
        <w:rPr>
          <w:b/>
          <w:sz w:val="22"/>
        </w:rPr>
        <w:t>Anschrift in Deutschland:</w:t>
      </w:r>
    </w:p>
    <w:p>
      <w:r>
        <w:rPr>
          <w:sz w:val="20"/>
        </w:rPr>
      </w:r>
    </w:p>
    <w:p/>
    <w:p>
      <w:r>
        <w:rPr>
          <w:b/>
          <w:sz w:val="22"/>
        </w:rPr>
        <w:t>2. Angaben zum Aufenthaltstitel</w:t>
      </w:r>
    </w:p>
    <w:p>
      <w:r>
        <w:rPr>
          <w:b/>
          <w:sz w:val="22"/>
        </w:rPr>
        <w:t>Bisheriger Aufenthaltstitel (Art und Nummer, falls vorhanden):</w:t>
      </w:r>
    </w:p>
    <w:p>
      <w:r>
        <w:rPr>
          <w:sz w:val="20"/>
        </w:rPr>
      </w:r>
    </w:p>
    <w:p>
      <w:r>
        <w:rPr>
          <w:b/>
          <w:sz w:val="22"/>
        </w:rPr>
        <w:t>Zweck des Aufenthalts (z.B. Studium, Arbeit, Familienzusammenführung):</w:t>
      </w:r>
    </w:p>
    <w:p>
      <w:r>
        <w:rPr>
          <w:sz w:val="20"/>
        </w:rPr>
      </w:r>
    </w:p>
    <w:p>
      <w:r>
        <w:rPr>
          <w:b/>
          <w:sz w:val="22"/>
        </w:rPr>
        <w:t>Beantragte Aufenthaltstitelart:</w:t>
      </w:r>
    </w:p>
    <w:p>
      <w:r>
        <w:rPr>
          <w:sz w:val="20"/>
        </w:rPr>
      </w:r>
    </w:p>
    <w:p>
      <w:r>
        <w:rPr>
          <w:b/>
          <w:sz w:val="22"/>
        </w:rPr>
        <w:t>Geplanter Beginn des Aufenthalts:</w:t>
      </w:r>
    </w:p>
    <w:p>
      <w:r>
        <w:rPr>
          <w:sz w:val="20"/>
        </w:rPr>
      </w:r>
    </w:p>
    <w:p/>
    <w:p>
      <w:r>
        <w:rPr>
          <w:b/>
          <w:sz w:val="22"/>
        </w:rPr>
        <w:t>3. Angaben zum aktuellen Aufenthalt</w:t>
      </w:r>
    </w:p>
    <w:p>
      <w:r>
        <w:rPr>
          <w:b/>
          <w:sz w:val="22"/>
        </w:rPr>
        <w:t>Aufenthaltsdauer in Deutschland bisher:</w:t>
      </w:r>
    </w:p>
    <w:p>
      <w:r>
        <w:rPr>
          <w:sz w:val="20"/>
        </w:rPr>
      </w:r>
    </w:p>
    <w:p>
      <w:r>
        <w:rPr>
          <w:b/>
          <w:sz w:val="22"/>
        </w:rPr>
        <w:t>Beschäftigungsverhältnis / Studium / Sonstiges:</w:t>
      </w:r>
    </w:p>
    <w:p>
      <w:r>
        <w:rPr>
          <w:sz w:val="20"/>
        </w:rPr>
      </w:r>
    </w:p>
    <w:p/>
    <w:p>
      <w:r>
        <w:rPr>
          <w:b/>
          <w:sz w:val="22"/>
        </w:rPr>
        <w:t>4. Familienstand und Angehörige in Deutschland</w:t>
      </w:r>
    </w:p>
    <w:p>
      <w:r>
        <w:rPr>
          <w:b/>
          <w:sz w:val="22"/>
        </w:rPr>
        <w:t>Familienstand:</w:t>
      </w:r>
    </w:p>
    <w:p>
      <w:r>
        <w:rPr>
          <w:sz w:val="20"/>
        </w:rPr>
      </w:r>
    </w:p>
    <w:p>
      <w:r>
        <w:rPr>
          <w:b/>
          <w:sz w:val="22"/>
        </w:rPr>
        <w:t>Name und Geburtsdatum Ehepartner/in (falls relevant):</w:t>
      </w:r>
    </w:p>
    <w:p>
      <w:r>
        <w:rPr>
          <w:sz w:val="20"/>
        </w:rPr>
      </w:r>
    </w:p>
    <w:p>
      <w:r>
        <w:rPr>
          <w:b/>
          <w:sz w:val="22"/>
        </w:rPr>
        <w:t>Name und Geburtsdatum Kinder (falls relevant):</w:t>
      </w:r>
    </w:p>
    <w:p>
      <w:r>
        <w:rPr>
          <w:sz w:val="20"/>
        </w:rPr>
      </w:r>
    </w:p>
    <w:p/>
    <w:p>
      <w:r>
        <w:rPr>
          <w:b/>
          <w:sz w:val="22"/>
        </w:rPr>
        <w:t>5. Erklärung</w:t>
      </w:r>
    </w:p>
    <w:p>
      <w:r>
        <w:rPr>
          <w:sz w:val="20"/>
        </w:rPr>
        <w:t>Hiermit bestätige ich, dass ich die Angaben wahrheitsgemäß gemacht habe. Mir ist bekannt, dass falsche Angaben rechtliche Folgen haben können.</w:t>
      </w:r>
    </w:p>
    <w:p/>
    <w:p/>
    <w:p/>
    <w:tbl>
      <w:tblPr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Ort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Datum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/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/>
          </w:p>
        </w:tc>
      </w:tr>
    </w:tbl>
    <w:p/>
    <w:p/>
    <w:p>
      <w:r>
        <w:rPr>
          <w:b/>
          <w:sz w:val="22"/>
        </w:rPr>
        <w:t>Unterschrift Antragsteller/in:</w:t>
      </w:r>
    </w:p>
    <w:p>
      <w:r>
        <w:rPr>
          <w:sz w:val="20"/>
        </w:rPr>
        <w:br/>
        <w:br/>
        <w:t>______________________________</w:t>
      </w:r>
    </w:p>
    <w:p/>
    <w:p/>
    <w:p>
      <w:r>
        <w:rPr>
          <w:b/>
          <w:sz w:val="22"/>
        </w:rPr>
        <w:t>Benötigte Unterlagen (bitte beifügen):</w:t>
      </w:r>
    </w:p>
    <w:p>
      <w:r>
        <w:rPr>
          <w:sz w:val="20"/>
        </w:rPr>
        <w:t>- Gültiger Pass/Reisepass</w:t>
      </w:r>
    </w:p>
    <w:p>
      <w:r>
        <w:rPr>
          <w:sz w:val="20"/>
        </w:rPr>
        <w:t>- Biometrisches Passfoto</w:t>
      </w:r>
    </w:p>
    <w:p>
      <w:r>
        <w:rPr>
          <w:sz w:val="20"/>
        </w:rPr>
        <w:t>- Nachweis über den Aufenthaltszweck (z.B. Arbeitsvertrag, Immatrikulationsbescheinigung)</w:t>
      </w:r>
    </w:p>
    <w:p>
      <w:r>
        <w:rPr>
          <w:sz w:val="20"/>
        </w:rPr>
        <w:t>- Nachweise zu Familienangehörigen (falls zutreffend)</w:t>
      </w:r>
    </w:p>
    <w:p>
      <w:r>
        <w:rPr>
          <w:sz w:val="20"/>
        </w:rPr>
        <w:t>- Mietvertrag / Meldebestätigung</w:t>
      </w:r>
    </w:p>
    <w:p>
      <w:r>
        <w:rPr>
          <w:sz w:val="20"/>
        </w:rPr>
        <w:t>- Sonstige relevante Dokumente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https://genehmigungen-experte.com/antrag-aufenthaltstitel-nurnberg/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https://genehmigungen-experte.com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genehmigungen-experte.com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genehmigungen-experte.com/antrag-aufenthaltstitel-nurnberg/" TargetMode="External"/><Relationship Id="rId10" Type="http://schemas.openxmlformats.org/officeDocument/2006/relationships/hyperlink" Target="https://genehmigungen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