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VERLÄNGERUNG DES AUFENTHALTSTITELS</w:t>
      </w:r>
    </w:p>
    <w:p/>
    <w:p/>
    <w:p>
      <w:r>
        <w:rPr>
          <w:b/>
          <w:sz w:val="24"/>
        </w:rPr>
        <w:t>1. Persönliche Angaben des Antragstellers</w:t>
      </w:r>
    </w:p>
    <w:p>
      <w:r>
        <w:rPr>
          <w:b w:val="0"/>
          <w:sz w:val="22"/>
        </w:rPr>
        <w:t>Vorname: ______________________________________________</w:t>
      </w:r>
    </w:p>
    <w:p>
      <w:r>
        <w:rPr>
          <w:b w:val="0"/>
          <w:sz w:val="22"/>
        </w:rPr>
        <w:t>Nachname: _____________________________________________</w:t>
      </w:r>
    </w:p>
    <w:p>
      <w:r>
        <w:rPr>
          <w:b w:val="0"/>
          <w:sz w:val="22"/>
        </w:rPr>
        <w:t>Geburtsdatum: _________________________________________</w:t>
      </w:r>
    </w:p>
    <w:p>
      <w:r>
        <w:rPr>
          <w:b w:val="0"/>
          <w:sz w:val="22"/>
        </w:rPr>
        <w:t>Geburtsort: ___________________________________________</w:t>
      </w:r>
    </w:p>
    <w:p>
      <w:r>
        <w:rPr>
          <w:b w:val="0"/>
          <w:sz w:val="22"/>
        </w:rPr>
        <w:t>Staatsangehörigkeit: ___________________________________</w:t>
      </w:r>
    </w:p>
    <w:p>
      <w:r>
        <w:rPr>
          <w:b w:val="0"/>
          <w:sz w:val="22"/>
        </w:rPr>
        <w:t>Adresse in Düsseldorf: _________________________________</w:t>
      </w:r>
    </w:p>
    <w:p>
      <w:r>
        <w:rPr>
          <w:b w:val="0"/>
          <w:sz w:val="22"/>
        </w:rPr>
        <w:t>Telefonnummer: ________________________________________</w:t>
      </w:r>
    </w:p>
    <w:p>
      <w:r>
        <w:rPr>
          <w:b w:val="0"/>
          <w:sz w:val="22"/>
        </w:rPr>
        <w:t>E-Mail-Adresse: _______________________________________</w:t>
      </w:r>
    </w:p>
    <w:p/>
    <w:p/>
    <w:p>
      <w:r>
        <w:rPr>
          <w:b/>
          <w:sz w:val="24"/>
        </w:rPr>
        <w:t>2. Angaben zum bestehenden Aufenthaltstitel</w:t>
      </w:r>
    </w:p>
    <w:p>
      <w:r>
        <w:rPr>
          <w:b w:val="0"/>
          <w:sz w:val="22"/>
        </w:rPr>
        <w:t>Art des Aufenthaltstitels: ______________________________</w:t>
      </w:r>
    </w:p>
    <w:p>
      <w:r>
        <w:rPr>
          <w:b w:val="0"/>
          <w:sz w:val="22"/>
        </w:rPr>
        <w:t>Ausgestellt am: ________________________________________</w:t>
      </w:r>
    </w:p>
    <w:p>
      <w:r>
        <w:rPr>
          <w:b w:val="0"/>
          <w:sz w:val="22"/>
        </w:rPr>
        <w:t>Gültig bis: ___________________________________________</w:t>
      </w:r>
    </w:p>
    <w:p>
      <w:r>
        <w:rPr>
          <w:b w:val="0"/>
          <w:sz w:val="22"/>
        </w:rPr>
        <w:t>Ausstellende Ausländerbehörde: _________________________</w:t>
      </w:r>
    </w:p>
    <w:p/>
    <w:p/>
    <w:p>
      <w:r>
        <w:rPr>
          <w:b/>
          <w:sz w:val="24"/>
        </w:rPr>
        <w:t>3. Begründung zur Verlängerung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/>
    <w:p>
      <w:r>
        <w:rPr>
          <w:b/>
          <w:sz w:val="24"/>
        </w:rPr>
        <w:t>4. Vorgelegte Unterlagen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56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Gültiger Reisepass oder Passersatz</w:t>
            </w:r>
          </w:p>
        </w:tc>
      </w:tr>
      <w:tr>
        <w:tc>
          <w:tcPr>
            <w:tcW w:type="dxa" w:w="56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Aktueller Aufenthaltstitel</w:t>
            </w:r>
          </w:p>
        </w:tc>
      </w:tr>
      <w:tr>
        <w:tc>
          <w:tcPr>
            <w:tcW w:type="dxa" w:w="56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Biometrisches Passfoto</w:t>
            </w:r>
          </w:p>
        </w:tc>
      </w:tr>
      <w:tr>
        <w:tc>
          <w:tcPr>
            <w:tcW w:type="dxa" w:w="56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Nachweis über den Lebensunterhalt</w:t>
            </w:r>
          </w:p>
        </w:tc>
      </w:tr>
      <w:tr>
        <w:tc>
          <w:tcPr>
            <w:tcW w:type="dxa" w:w="56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Nachweis über Krankenversicherung</w:t>
            </w:r>
          </w:p>
        </w:tc>
      </w:tr>
      <w:tr>
        <w:tc>
          <w:tcPr>
            <w:tcW w:type="dxa" w:w="56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Mietvertrag oder Meldebescheinigung</w:t>
            </w:r>
          </w:p>
        </w:tc>
      </w:tr>
      <w:tr>
        <w:tc>
          <w:tcPr>
            <w:tcW w:type="dxa" w:w="56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Sonstige Unterlagen: __________________________________</w:t>
            </w:r>
          </w:p>
        </w:tc>
      </w:tr>
    </w:tbl>
    <w:p/>
    <w:p/>
    <w:p>
      <w:r>
        <w:rPr>
          <w:b/>
          <w:sz w:val="24"/>
        </w:rPr>
        <w:t>5. Erklärung</w:t>
      </w:r>
    </w:p>
    <w:p>
      <w:r>
        <w:rPr>
          <w:b w:val="0"/>
          <w:sz w:val="22"/>
        </w:rPr>
        <w:t>Ich versichere, dass die gemachten Angaben vollständig und wahrheitsgemäß sind. Mir ist bekannt, dass unrichtige oder unvollständige Angaben rechtliche Folgen haben können.</w:t>
      </w:r>
    </w:p>
    <w:p/>
    <w:p/>
    <w:p/>
    <w:p>
      <w:r>
        <w:rPr>
          <w:b w:val="0"/>
          <w:sz w:val="22"/>
        </w:rPr>
        <w:t>Ort: ________________________________________________________</w:t>
      </w:r>
    </w:p>
    <w:p>
      <w:r>
        <w:rPr>
          <w:b w:val="0"/>
          <w:sz w:val="22"/>
        </w:rPr>
        <w:t>Datum: _______________________________________________________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Ausländerbehörde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https://genehmigungen-experte.com/aufenthaltstitel-verlangern-dusseldorf/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https://genehmigungen-experte.com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genehmigungen-experte.com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nehmigungen-experte.com/aufenthaltstitel-verlangern-dusseldorf/" TargetMode="External"/><Relationship Id="rId10" Type="http://schemas.openxmlformats.org/officeDocument/2006/relationships/hyperlink" Target="https://genehmig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