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BAUANTRAG KLEINGARTEN</w:t>
      </w:r>
    </w:p>
    <w:p/>
    <w:p/>
    <w:p>
      <w:r>
        <w:rPr>
          <w:b/>
          <w:sz w:val="24"/>
        </w:rPr>
        <w:t>1. Antragsteller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2. Kleingartenanlage</w:t>
      </w:r>
    </w:p>
    <w:p>
      <w:r>
        <w:rPr>
          <w:b w:val="0"/>
          <w:sz w:val="20"/>
        </w:rPr>
        <w:t>Name der Kleingartenanlage:</w:t>
      </w:r>
    </w:p>
    <w:p>
      <w:r>
        <w:rPr>
          <w:b w:val="0"/>
          <w:sz w:val="20"/>
        </w:rPr>
        <w:t>Adresse der Kleingartenanlage:</w:t>
      </w:r>
    </w:p>
    <w:p>
      <w:r>
        <w:rPr>
          <w:b w:val="0"/>
          <w:sz w:val="20"/>
        </w:rPr>
        <w:t>Parzellennummer:</w:t>
      </w:r>
    </w:p>
    <w:p/>
    <w:p>
      <w:r>
        <w:rPr>
          <w:b/>
          <w:sz w:val="24"/>
        </w:rPr>
        <w:t>3. Grundstücksgröße</w:t>
      </w:r>
    </w:p>
    <w:p>
      <w:r>
        <w:rPr>
          <w:b w:val="0"/>
          <w:sz w:val="20"/>
        </w:rPr>
        <w:t>Gesamtfläche des Gartens (in m²):</w:t>
      </w:r>
    </w:p>
    <w:p/>
    <w:p>
      <w:r>
        <w:rPr>
          <w:b/>
          <w:sz w:val="24"/>
        </w:rPr>
        <w:t>4. Beschreibung des Bauvorhabens</w:t>
      </w:r>
    </w:p>
    <w:p>
      <w:r>
        <w:rPr>
          <w:b w:val="0"/>
          <w:sz w:val="20"/>
        </w:rPr>
        <w:t>Art des Bauvorhabens (z.B. Laube, Schuppen, Terrasse):</w:t>
      </w:r>
    </w:p>
    <w:p>
      <w:r>
        <w:rPr>
          <w:b w:val="0"/>
          <w:sz w:val="20"/>
        </w:rPr>
        <w:t>Geplante Maße (Länge x Breite x Höhe in m):</w:t>
      </w:r>
    </w:p>
    <w:p>
      <w:r>
        <w:rPr>
          <w:b w:val="0"/>
          <w:sz w:val="20"/>
        </w:rPr>
        <w:t>Baumaterialien:</w:t>
      </w:r>
    </w:p>
    <w:p>
      <w:r>
        <w:rPr>
          <w:b w:val="0"/>
          <w:sz w:val="20"/>
        </w:rPr>
        <w:t>Geplante Lage auf dem Grundstück:</w:t>
      </w:r>
    </w:p>
    <w:p/>
    <w:p>
      <w:r>
        <w:rPr>
          <w:b/>
          <w:sz w:val="24"/>
        </w:rPr>
        <w:t>5. Einhaltung der kleingartenrechtlichen Vorschriften</w:t>
      </w:r>
    </w:p>
    <w:p>
      <w:r>
        <w:rPr>
          <w:b w:val="0"/>
          <w:sz w:val="20"/>
        </w:rPr>
        <w:t>Der Bau entspricht den Vorgaben der Kleingartenordnung und den Vorschriften des Bundeskleingartengesetzes.</w:t>
      </w:r>
    </w:p>
    <w:p>
      <w:r>
        <w:rPr>
          <w:b w:val="0"/>
          <w:sz w:val="20"/>
        </w:rPr>
        <w:t>Die maximale Grundfläche von 24 m² wird nicht überschritten.</w:t>
      </w:r>
    </w:p>
    <w:p>
      <w:r>
        <w:rPr>
          <w:b w:val="0"/>
          <w:sz w:val="20"/>
        </w:rPr>
        <w:t>Die Laube wird ausschließlich als Gartenlaube genutzt und nicht dauerhaft bewohnt.</w:t>
      </w:r>
    </w:p>
    <w:p/>
    <w:p>
      <w:r>
        <w:rPr>
          <w:b/>
          <w:sz w:val="24"/>
        </w:rPr>
        <w:t>6. Nachbarschaftliche Zustimmung</w:t>
      </w:r>
    </w:p>
    <w:p>
      <w:r>
        <w:rPr>
          <w:b w:val="0"/>
          <w:sz w:val="20"/>
        </w:rPr>
        <w:t>Die Zustimmung der benachbarten Kleingärtner wurde eingeholt und liegt vor.</w:t>
      </w:r>
    </w:p>
    <w:p/>
    <w:p>
      <w:r>
        <w:rPr>
          <w:b/>
          <w:sz w:val="24"/>
        </w:rPr>
        <w:t>7. Versicherung und Haftung</w:t>
      </w:r>
    </w:p>
    <w:p>
      <w:r>
        <w:rPr>
          <w:b w:val="0"/>
          <w:sz w:val="20"/>
        </w:rPr>
        <w:t>Der Antragsteller bestätigt, dass eine Haftpflichtversicherung für das Bauvorhaben vorliegt oder abgeschlossen wird.</w:t>
      </w:r>
    </w:p>
    <w:p/>
    <w:p>
      <w:r>
        <w:rPr>
          <w:b/>
          <w:sz w:val="24"/>
        </w:rPr>
        <w:t>8. Erklärung</w:t>
      </w:r>
    </w:p>
    <w:p>
      <w:r>
        <w:rPr>
          <w:b w:val="0"/>
          <w:sz w:val="20"/>
        </w:rPr>
        <w:t>Ich versichere, dass die Angaben vollständig und wahrheitsgemäß sind und das Bauvorhaben den geltenden Vorschriften entspricht.</w:t>
      </w:r>
    </w:p>
    <w:p/>
    <w:p/>
    <w:p>
      <w:r>
        <w:rPr>
          <w:b w:val="0"/>
          <w:sz w:val="20"/>
        </w:rPr>
        <w:t>Ort:</w:t>
      </w:r>
    </w:p>
    <w:p>
      <w:r>
        <w:rPr>
          <w:b w:val="0"/>
          <w:sz w:val="20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Kleingarten-Verein / Verwaltung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https://genehmigungen-experte.com/bauantrag-kleingarten/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bauantrag-kleingarten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