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EINVERSTÄNDNISERKLÄRUNG ZUR GRENZBEBauung</w:t>
      </w:r>
    </w:p>
    <w:p/>
    <w:p/>
    <w:p>
      <w:r>
        <w:rPr>
          <w:b/>
          <w:sz w:val="20"/>
        </w:rPr>
        <w:t>Antragsteller / Bauherr:</w:t>
      </w:r>
    </w:p>
    <w:p>
      <w:r>
        <w:rPr>
          <w:b w:val="0"/>
          <w:sz w:val="20"/>
        </w:rPr>
        <w:t>Name: ________________________________________________________________</w:t>
      </w:r>
    </w:p>
    <w:p>
      <w:r>
        <w:rPr>
          <w:b w:val="0"/>
          <w:sz w:val="20"/>
        </w:rPr>
        <w:t>Anschrift: _____________________________________________________________</w:t>
      </w:r>
    </w:p>
    <w:p/>
    <w:p>
      <w:r>
        <w:rPr>
          <w:b/>
          <w:sz w:val="20"/>
        </w:rPr>
        <w:t>Nachbar / Eigentümer des angrenzenden Grundstücks:</w:t>
      </w:r>
    </w:p>
    <w:p>
      <w:r>
        <w:rPr>
          <w:b w:val="0"/>
          <w:sz w:val="20"/>
        </w:rPr>
        <w:t>Name: ________________________________________________________________</w:t>
      </w:r>
    </w:p>
    <w:p>
      <w:r>
        <w:rPr>
          <w:b w:val="0"/>
          <w:sz w:val="20"/>
        </w:rPr>
        <w:t>Anschrift: _____________________________________________________________</w:t>
      </w:r>
    </w:p>
    <w:p/>
    <w:p>
      <w:r>
        <w:rPr>
          <w:b/>
          <w:sz w:val="20"/>
        </w:rPr>
        <w:t>Beschreibung des Bauvorhabens:</w:t>
      </w:r>
    </w:p>
    <w:p>
      <w:r>
        <w:rPr>
          <w:b w:val="0"/>
          <w:sz w:val="20"/>
        </w:rPr>
        <w:t>Art der Grenzbebauung: _________________________________________________</w:t>
      </w:r>
    </w:p>
    <w:p>
      <w:r>
        <w:rPr>
          <w:b w:val="0"/>
          <w:sz w:val="20"/>
        </w:rPr>
        <w:t>Adresse des Baugrundstücks: ____________________________________________</w:t>
      </w:r>
    </w:p>
    <w:p>
      <w:r>
        <w:rPr>
          <w:b w:val="0"/>
          <w:sz w:val="20"/>
        </w:rPr>
        <w:t>Flurstücknummer(n): ____________________________________________________</w:t>
      </w:r>
    </w:p>
    <w:p/>
    <w:p>
      <w:r>
        <w:rPr>
          <w:b/>
          <w:sz w:val="20"/>
        </w:rPr>
        <w:t>Rechtliche Hinweise:</w:t>
      </w:r>
    </w:p>
    <w:p>
      <w:r>
        <w:rPr>
          <w:b w:val="0"/>
          <w:sz w:val="20"/>
        </w:rPr>
        <w:t>Der Unterzeichnende erklärt hiermit, dass er mit der geplanten Grenzbebauung gemäß § 34 BauGB und den entsprechenden baurechtlichen Vorschriften einverstanden ist und keine Einwände gegen das Bauvorhaben hat. Dieses Einverständnis ist freiwillig und kann nur schriftlich widerrufen werden. Die Zustimmung wird für das genannte Bauvorhaben erteilt und gilt nicht automatisch für spätere Änderungen oder Erweiterungen.</w:t>
      </w:r>
    </w:p>
    <w:p/>
    <w:p>
      <w:r>
        <w:rPr>
          <w:b/>
          <w:sz w:val="20"/>
        </w:rPr>
        <w:t>Salvatorische Klausel:</w:t>
      </w:r>
    </w:p>
    <w:p>
      <w:r>
        <w:rPr>
          <w:b w:val="0"/>
          <w:sz w:val="20"/>
        </w:rPr>
        <w:t>Sollten einzelne Bestimmungen dieser Einverständniserklärung unwirksam sein oder werden, so bleibt die Wirksamkeit der übrigen Bestimmungen unberührt. Anstelle der unwirksamen Regelung gilt eine Regelung, die dem wirtschaftlichen Zweck am nächsten kommt.</w:t>
      </w:r>
    </w:p>
    <w:p/>
    <w:p>
      <w:r>
        <w:rPr>
          <w:b/>
          <w:sz w:val="20"/>
        </w:rPr>
        <w:t>Schlussbestimmungen:</w:t>
      </w:r>
    </w:p>
    <w:p>
      <w:r>
        <w:rPr>
          <w:b w:val="0"/>
          <w:sz w:val="20"/>
        </w:rPr>
        <w:t>Diese Einverständniserklärung wurde sorgfältig gelesen und verstanden. Sie erfolgt ohne Zwang und in Kenntnis ihrer rechtlichen Bedeutung.</w:t>
      </w:r>
    </w:p>
    <w:p/>
    <w:p/>
    <w:p>
      <w:r>
        <w:rPr>
          <w:b w:val="0"/>
          <w:sz w:val="20"/>
        </w:rPr>
        <w:t>Ort: _________________________________________________________________</w:t>
      </w:r>
    </w:p>
    <w:p>
      <w:r>
        <w:rPr>
          <w:b w:val="0"/>
          <w:sz w:val="20"/>
        </w:rPr>
        <w:t>Datum: _______________________________________________________________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Antragsteller / Bauherr</w:t>
            </w:r>
          </w:p>
        </w:tc>
        <w:tc>
          <w:tcPr>
            <w:tcW w:type="dxa" w:w="4986"/>
            <w:tcBorders>
              <w:top w:val="nil"/>
              <w:left w:val="nil"/>
              <w:bottom w:val="nil"/>
              <w:right w:val="nil"/>
              <w:insideH w:val="nil"/>
              <w:insideV w:val="nil"/>
            </w:tcBorders>
          </w:tcPr>
          <w:p>
            <w:pPr>
              <w:jc w:val="center"/>
            </w:pPr>
            <w:r>
              <w:t>Nachbar / Eigentümer</w:t>
            </w:r>
          </w:p>
        </w:tc>
      </w:tr>
      <w:tr>
        <w:tc>
          <w:tcPr>
            <w:tcW w:type="dxa" w:w="4986"/>
            <w:tcBorders>
              <w:top w:val="nil"/>
              <w:left w:val="nil"/>
              <w:bottom w:val="nil"/>
              <w:right w:val="nil"/>
              <w:insideH w:val="nil"/>
              <w:insideV w:val="nil"/>
            </w:tcBorders>
          </w:tcPr>
          <w:p>
            <w:pPr>
              <w:jc w:val="center"/>
            </w:pPr>
            <w:r>
              <w:br/>
              <w:br/>
              <w:t>Unterschrift: ________________________________</w:t>
            </w:r>
          </w:p>
        </w:tc>
        <w:tc>
          <w:tcPr>
            <w:tcW w:type="dxa" w:w="4986"/>
            <w:tcBorders>
              <w:top w:val="nil"/>
              <w:left w:val="nil"/>
              <w:bottom w:val="nil"/>
              <w:right w:val="nil"/>
              <w:insideH w:val="nil"/>
              <w:insideV w:val="nil"/>
            </w:tcBorders>
          </w:tcPr>
          <w:p>
            <w:pPr>
              <w:jc w:val="center"/>
            </w:pPr>
            <w:r>
              <w:br/>
              <w:br/>
              <w:t>Unterschrift: ________________________________</w:t>
            </w:r>
          </w:p>
        </w:tc>
      </w:tr>
      <w:tr>
        <w:tc>
          <w:tcPr>
            <w:tcW w:type="dxa" w:w="4986"/>
            <w:tcBorders>
              <w:top w:val="nil"/>
              <w:left w:val="nil"/>
              <w:bottom w:val="nil"/>
              <w:right w:val="nil"/>
              <w:insideH w:val="nil"/>
              <w:insideV w:val="nil"/>
            </w:tcBorders>
          </w:tcPr>
          <w:p>
            <w:pPr>
              <w:jc w:val="center"/>
            </w:pPr>
            <w:r>
              <w:t>Name in Druckbuchstaben: _____________________</w:t>
            </w:r>
          </w:p>
        </w:tc>
        <w:tc>
          <w:tcPr>
            <w:tcW w:type="dxa" w:w="4986"/>
            <w:tcBorders>
              <w:top w:val="nil"/>
              <w:left w:val="nil"/>
              <w:bottom w:val="nil"/>
              <w:right w:val="nil"/>
              <w:insideH w:val="nil"/>
              <w:insideV w:val="nil"/>
            </w:tcBorders>
          </w:tcPr>
          <w:p>
            <w:pPr>
              <w:jc w:val="center"/>
            </w:pPr>
            <w:r>
              <w:t>Name in Druckbuchstaben: _____________________</w:t>
            </w:r>
          </w:p>
        </w:tc>
      </w:tr>
    </w:tbl>
    <w:p>
      <w:r>
        <w:br w:type="page"/>
      </w:r>
    </w:p>
    <w:p>
      <w:pPr>
        <w:jc w:val="center"/>
      </w:pPr>
      <w:r>
        <w:rPr>
          <w:color w:val="555555"/>
          <w:sz w:val="24"/>
        </w:rPr>
        <w:t>Originalquelle dieses Dokuments:</w:t>
      </w:r>
    </w:p>
    <w:p>
      <w:pPr>
        <w:jc w:val="center"/>
      </w:pPr>
      <w:hyperlink r:id="rId9">
        <w:r>
          <w:rPr>
            <w:color w:val="0000FF"/>
            <w:u w:val="single"/>
          </w:rPr>
          <w:t>https://genehmigungen-experte.com/einverstandniserklarung-grenzbebauung/</w:t>
        </w:r>
      </w:hyperlink>
    </w:p>
    <w:p>
      <w:pPr>
        <w:jc w:val="center"/>
      </w:pPr>
      <w:r>
        <w:rPr>
          <w:color w:val="555555"/>
          <w:sz w:val="26"/>
        </w:rPr>
        <w:t>War diese Vorlage für Sie hilfreich?</w:t>
      </w:r>
    </w:p>
    <w:p>
      <w:pPr>
        <w:jc w:val="center"/>
      </w:pPr>
      <w:r>
        <w:rPr>
          <w:color w:val="555555"/>
          <w:sz w:val="26"/>
        </w:rPr>
        <w:t>Weitere aktuelle Vorlagen finden Sie unter:</w:t>
      </w:r>
    </w:p>
    <w:p>
      <w:pPr>
        <w:jc w:val="center"/>
      </w:pPr>
      <w:hyperlink r:id="rId10">
        <w:r>
          <w:rPr>
            <w:color w:val="0000FF"/>
            <w:u w:val="single"/>
          </w:rPr>
          <w:t>https://genehmigungen-experte.com</w:t>
        </w:r>
      </w:hyperlink>
    </w:p>
    <w:p>
      <w:pPr>
        <w:jc w:val="center"/>
      </w:pPr>
      <w:r>
        <w:rPr>
          <w:color w:val="808080"/>
          <w:sz w:val="20"/>
        </w:rPr>
        <w:t>Diese Vorlage ist ausschließlich für den persönlichen, nicht kommerziellen Gebrauch bestimmt.</w:t>
        <w:br/>
        <w:t>Bei Weitergabe oder Veröffentlichung ist die Nennung der Quelle verpflichtend. © genehmigungen-experte.com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genehmigungen-experte.com/einverstandniserklarung-grenzbebauung/" TargetMode="External"/><Relationship Id="rId10" Type="http://schemas.openxmlformats.org/officeDocument/2006/relationships/hyperlink" Target="https://genehmigungen-expert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