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DÄMMUNG</w:t>
      </w:r>
    </w:p>
    <w:p/>
    <w:p/>
    <w:p>
      <w:r>
        <w:rPr>
          <w:b/>
          <w:sz w:val="20"/>
        </w:rPr>
        <w:t>Auftraggeber / Bauherr:</w:t>
      </w:r>
    </w:p>
    <w:p>
      <w:r>
        <w:rPr>
          <w:b w:val="0"/>
          <w:sz w:val="20"/>
        </w:rPr>
        <w:t>Name: 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</w:t>
      </w:r>
    </w:p>
    <w:p/>
    <w:p>
      <w:r>
        <w:rPr>
          <w:b/>
          <w:sz w:val="20"/>
        </w:rPr>
        <w:t>Fachunternehmer:</w:t>
      </w:r>
    </w:p>
    <w:p>
      <w:r>
        <w:rPr>
          <w:b w:val="0"/>
          <w:sz w:val="20"/>
        </w:rPr>
        <w:t>Firma: 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</w:t>
      </w:r>
    </w:p>
    <w:p>
      <w:r>
        <w:rPr>
          <w:b w:val="0"/>
          <w:sz w:val="20"/>
        </w:rPr>
        <w:t>Vertreten durch: ______________________________________________________</w:t>
      </w:r>
    </w:p>
    <w:p/>
    <w:p>
      <w:r>
        <w:rPr>
          <w:b/>
          <w:sz w:val="20"/>
        </w:rPr>
        <w:t>Bauvorhaben / Objektadresse:</w:t>
      </w:r>
    </w:p>
    <w:p>
      <w:r>
        <w:rPr>
          <w:b w:val="0"/>
          <w:sz w:val="20"/>
        </w:rPr>
        <w:t>Straße, Nr.: _________________________________________________________</w:t>
      </w:r>
    </w:p>
    <w:p>
      <w:r>
        <w:rPr>
          <w:b w:val="0"/>
          <w:sz w:val="20"/>
        </w:rPr>
        <w:t>PLZ, Ort: ____________________________________________________________</w:t>
      </w:r>
    </w:p>
    <w:p/>
    <w:p>
      <w:r>
        <w:rPr>
          <w:b/>
          <w:sz w:val="20"/>
        </w:rPr>
        <w:t>Gegenstand der Erklärung:</w:t>
      </w:r>
    </w:p>
    <w:p>
      <w:r>
        <w:rPr>
          <w:b w:val="0"/>
          <w:sz w:val="20"/>
        </w:rPr>
        <w:t>Der Fachunternehmer erklärt hiermit, dass die im Rahmen des Bauvorhabens durchgeführten Dämmarbeiten nach den anerkannten Regeln der Technik sowie den einschlägigen Normen und Vorschriften ausgeführt wurden und werden.</w:t>
      </w:r>
    </w:p>
    <w:p/>
    <w:p>
      <w:r>
        <w:rPr>
          <w:b/>
          <w:sz w:val="20"/>
        </w:rPr>
        <w:t>1. Ausführung der Dämmarbeiten</w:t>
      </w:r>
    </w:p>
    <w:p>
      <w:r>
        <w:rPr>
          <w:b w:val="0"/>
          <w:sz w:val="20"/>
        </w:rPr>
        <w:t>Die Dämmarbeiten umfassen insbesondere:</w:t>
      </w:r>
    </w:p>
    <w:p>
      <w:pPr>
        <w:pStyle w:val="ListBullet"/>
      </w:pPr>
      <w:r>
        <w:t>• Auswahl und Verarbeitung geeigneter Dämmstoffe gemäß den Anforderungen des Projektes.</w:t>
      </w:r>
    </w:p>
    <w:p>
      <w:pPr>
        <w:pStyle w:val="ListBullet"/>
      </w:pPr>
      <w:r>
        <w:t>• Fachgerechte Anbringung der Dämmmaterialien unter Berücksichtigung bauphysikalischer Aspekte.</w:t>
      </w:r>
    </w:p>
    <w:p>
      <w:pPr>
        <w:pStyle w:val="ListBullet"/>
      </w:pPr>
      <w:r>
        <w:t>• Einhaltung der Vorgaben aus Energieeinsparverordnung (EnEV) bzw. Gebäudeenergiegesetz (GEG).</w:t>
      </w:r>
    </w:p>
    <w:p/>
    <w:p>
      <w:r>
        <w:rPr>
          <w:b/>
          <w:sz w:val="20"/>
        </w:rPr>
        <w:t>2. Qualitätssicherung</w:t>
      </w:r>
    </w:p>
    <w:p>
      <w:r>
        <w:rPr>
          <w:b w:val="0"/>
          <w:sz w:val="20"/>
        </w:rPr>
        <w:t>Der Fachunternehmer versichert, dass alle Arbeiten von qualifiziertem Fachpersonal durchgeführt wurden und die verwendeten Materialien den geltenden technischen Zulassungen und Prüfzeugnissen entsprechen.</w:t>
      </w:r>
    </w:p>
    <w:p/>
    <w:p>
      <w:r>
        <w:rPr>
          <w:b/>
          <w:sz w:val="20"/>
        </w:rPr>
        <w:t>3. Haftung und Gewährleistung</w:t>
      </w:r>
    </w:p>
    <w:p>
      <w:r>
        <w:rPr>
          <w:b w:val="0"/>
          <w:sz w:val="20"/>
        </w:rPr>
        <w:t>Der Fachunternehmer übernimmt die Haftung für die ordnungsgemäße Ausführung der Dämmarbeiten im Rahmen der gesetzlichen Gewährleistungsfristen.</w:t>
      </w:r>
    </w:p>
    <w:p/>
    <w:p>
      <w:r>
        <w:rPr>
          <w:b/>
          <w:sz w:val="20"/>
        </w:rPr>
        <w:t>4. Dokumentation</w:t>
      </w:r>
    </w:p>
    <w:p>
      <w:r>
        <w:rPr>
          <w:b w:val="0"/>
          <w:sz w:val="20"/>
        </w:rPr>
        <w:t>Der Fachunternehmer stellt dem Auftraggeber alle relevanten Nachweise, Prüfberichte und Dokumentationen zur Verfügung, die die Einhaltung der technischen und rechtlichen Anforderungen belegen.</w:t>
      </w:r>
    </w:p>
    <w:p/>
    <w:p>
      <w:r>
        <w:rPr>
          <w:b/>
          <w:sz w:val="20"/>
        </w:rPr>
        <w:t>5. Sonstige Vereinbarungen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 w:val="0"/>
          <w:sz w:val="20"/>
        </w:rPr>
        <w:t>Ort: ____________________________    Datum: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Bauherr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https://genehmigungen-experte.com/fachunternehmererklarung-dammung/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fachunternehmererklarung-dammun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