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FACHUNTERNEHMERERKLÄRUNG ELEKTRO</w:t>
      </w:r>
    </w:p>
    <w:p/>
    <w:p/>
    <w:p>
      <w:r>
        <w:rPr>
          <w:b/>
          <w:sz w:val="22"/>
        </w:rPr>
        <w:t>Auftraggeber: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/>
    <w:p>
      <w:r>
        <w:rPr>
          <w:b/>
          <w:sz w:val="22"/>
        </w:rPr>
        <w:t>Fachunternehmer (Elektro):</w:t>
      </w:r>
    </w:p>
    <w:p>
      <w:r>
        <w:rPr>
          <w:b w:val="0"/>
          <w:sz w:val="22"/>
        </w:rPr>
        <w:t>Firma: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>
      <w:r>
        <w:rPr>
          <w:b w:val="0"/>
          <w:sz w:val="22"/>
        </w:rPr>
        <w:t>Vertreten durch: _________________________________________________</w:t>
      </w:r>
    </w:p>
    <w:p>
      <w:r>
        <w:rPr>
          <w:b w:val="0"/>
          <w:sz w:val="22"/>
        </w:rPr>
        <w:t>Telefon: 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</w:t>
      </w:r>
    </w:p>
    <w:p/>
    <w:p>
      <w:r>
        <w:rPr>
          <w:b/>
          <w:sz w:val="22"/>
        </w:rPr>
        <w:t>Projekt / Objekt:</w:t>
      </w:r>
    </w:p>
    <w:p>
      <w:r>
        <w:rPr>
          <w:b w:val="0"/>
          <w:sz w:val="22"/>
        </w:rPr>
        <w:t>Bezeichnung / Adresse: _____________________________________________</w:t>
      </w:r>
    </w:p>
    <w:p>
      <w:r>
        <w:rPr>
          <w:b w:val="0"/>
          <w:sz w:val="22"/>
        </w:rPr>
        <w:t>Leistungsumfang Elektroinstallation: _______________________________</w:t>
      </w:r>
    </w:p>
    <w:p/>
    <w:p>
      <w:r>
        <w:rPr>
          <w:b/>
          <w:sz w:val="22"/>
        </w:rPr>
        <w:t>Der Fachunternehmer erklärt hiermit:</w:t>
      </w:r>
    </w:p>
    <w:p>
      <w:r>
        <w:rPr>
          <w:b w:val="0"/>
          <w:sz w:val="22"/>
        </w:rPr>
        <w:t>1. Die Ausführung der Elektroarbeiten erfolgt nach den gültigen Regeln der Technik, insbesondere nach den Vorschriften der VDE sowie der DIN-Normen und den einschlägigen gesetzlichen Bestimmungen.</w:t>
      </w:r>
    </w:p>
    <w:p>
      <w:r>
        <w:rPr>
          <w:b w:val="0"/>
          <w:sz w:val="22"/>
        </w:rPr>
        <w:t>2. Alle verwendeten Materialien und Betriebsmittel entsprechen den anerkannten Sicherheitsstandards und sind für den vorgesehenen Einsatzzweck zugelassen.</w:t>
      </w:r>
    </w:p>
    <w:p>
      <w:r>
        <w:rPr>
          <w:b w:val="0"/>
          <w:sz w:val="22"/>
        </w:rPr>
        <w:t>3. Die Arbeiten werden fachgerecht, sicherheitstechnisch einwandfrei und unter Beachtung der Unfallverhütungsvorschriften durchgeführt.</w:t>
      </w:r>
    </w:p>
    <w:p>
      <w:r>
        <w:rPr>
          <w:b w:val="0"/>
          <w:sz w:val="22"/>
        </w:rPr>
        <w:t>4. Die Einhaltung der berufsgenossenschaftlichen Vorschriften und sonstiger relevanter Sicherheitsnormen wird gewährleistet.</w:t>
      </w:r>
    </w:p>
    <w:p>
      <w:r>
        <w:rPr>
          <w:b w:val="0"/>
          <w:sz w:val="22"/>
        </w:rPr>
        <w:t>5. Nach Abschluss der Arbeiten erfolgt eine Prüfung gemäß DIN VDE 0100 und ggf. weitere erforderliche Prüfungen (z.B. Schutzmaßnahmen, Isolationswiderstand, Schutzleiterwiderstand).</w:t>
      </w:r>
    </w:p>
    <w:p>
      <w:r>
        <w:rPr>
          <w:b w:val="0"/>
          <w:sz w:val="22"/>
        </w:rPr>
        <w:t>6. Mängel, die während der Gewährleistungszeit auftreten, werden vom Fachunternehmer unverzüglich behoben.</w:t>
      </w:r>
    </w:p>
    <w:p/>
    <w:p>
      <w:r>
        <w:rPr>
          <w:b w:val="0"/>
          <w:sz w:val="22"/>
        </w:rPr>
        <w:t>Diese Erklärung ist Bestandteil des Vertrages und wird vom Fachunternehmer rechtsverbindlich abgegeben.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Fachunternehmer (Elektro)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https://genehmigungen-experte.com/fachunternehmererklarung-elektro/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fachunternehmererklarung-elektro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