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FORMLOSER ANTRAG AUF ERLAUBNIS ZUR BAUMFÄLLUNG</w:t>
      </w:r>
    </w:p>
    <w:p/>
    <w:p/>
    <w:p>
      <w:r>
        <w:rPr>
          <w:b/>
          <w:sz w:val="22"/>
        </w:rPr>
        <w:t>ANTRAGSTELLER (Name, Anschrift)</w:t>
      </w:r>
    </w:p>
    <w:p>
      <w:r>
        <w:rPr>
          <w:b w:val="0"/>
          <w:sz w:val="22"/>
        </w:rPr>
        <w:t>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</w:t>
      </w:r>
    </w:p>
    <w:p/>
    <w:p>
      <w:r>
        <w:rPr>
          <w:b/>
          <w:sz w:val="22"/>
        </w:rPr>
        <w:t>STANDORT DES BAUMES (Adresse, Grundstücksbezeichnung)</w:t>
      </w:r>
    </w:p>
    <w:p>
      <w:r>
        <w:rPr>
          <w:b w:val="0"/>
          <w:sz w:val="22"/>
        </w:rPr>
        <w:t>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</w:t>
      </w:r>
    </w:p>
    <w:p/>
    <w:p>
      <w:r>
        <w:rPr>
          <w:b/>
          <w:sz w:val="22"/>
        </w:rPr>
        <w:t>DAUERHAFTER BAUM, ART UND UMFANG DER FÄLLUNG</w:t>
      </w:r>
    </w:p>
    <w:p>
      <w:r>
        <w:rPr>
          <w:b w:val="0"/>
          <w:sz w:val="22"/>
        </w:rPr>
        <w:t>Baumart: ____________________________________________________________</w:t>
      </w:r>
    </w:p>
    <w:p>
      <w:r>
        <w:rPr>
          <w:b w:val="0"/>
          <w:sz w:val="22"/>
        </w:rPr>
        <w:t>Stammumfang (in cm): ________________________________________________</w:t>
      </w:r>
    </w:p>
    <w:p>
      <w:r>
        <w:rPr>
          <w:b w:val="0"/>
          <w:sz w:val="22"/>
        </w:rPr>
        <w:t>Anzahl der zu fällenden Bäume: ______________________________________</w:t>
      </w:r>
    </w:p>
    <w:p>
      <w:r>
        <w:rPr>
          <w:b w:val="0"/>
          <w:sz w:val="22"/>
        </w:rPr>
        <w:t>Grund für die Fällung: _______________________________________________</w:t>
      </w:r>
    </w:p>
    <w:p>
      <w:r>
        <w:rPr>
          <w:b w:val="0"/>
          <w:sz w:val="22"/>
        </w:rPr>
        <w:t>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</w:t>
      </w:r>
    </w:p>
    <w:p/>
    <w:p>
      <w:r>
        <w:rPr>
          <w:b/>
          <w:sz w:val="22"/>
        </w:rPr>
        <w:t>RECHTLICHE GRUNDLAGE UND ERKLÄRUNG</w:t>
      </w:r>
    </w:p>
    <w:p>
      <w:r>
        <w:rPr>
          <w:b w:val="0"/>
          <w:sz w:val="22"/>
        </w:rPr>
        <w:t>Hiermit beantrage ich die Erlaubnis zur Fällung der oben genannten Bäume gemäß den geltenden naturschutzrechtlichen Bestimmungen und kommunalen Satzungen.</w:t>
      </w:r>
    </w:p>
    <w:p>
      <w:r>
        <w:rPr>
          <w:b w:val="0"/>
          <w:sz w:val="22"/>
        </w:rPr>
        <w:t>Mir ist bekannt, dass vor einer Fällung die Zustimmung der zuständigen Behörde erforderlich ist und dass eine Fällung ohne Erlaubnis ordnungswidrig ist und rechtliche Konsequenzen nach sich ziehen kann.</w:t>
      </w:r>
    </w:p>
    <w:p>
      <w:r>
        <w:rPr>
          <w:b w:val="0"/>
          <w:sz w:val="22"/>
        </w:rPr>
        <w:t>Sollte eine Ersatzpflanzung oder sonstige Ausgleichsmaßnahme gefordert werden, erkläre ich mich bereit, diese durchzuführen.</w:t>
      </w:r>
    </w:p>
    <w:p/>
    <w:p>
      <w:r>
        <w:rPr>
          <w:b/>
          <w:sz w:val="22"/>
        </w:rPr>
        <w:t>ZUSÄTZLICHE INFORMATIONEN (z.B. Gefährdung, Krankheiten, sonstige Gründe)</w:t>
      </w:r>
    </w:p>
    <w:p>
      <w:r>
        <w:rPr>
          <w:b w:val="0"/>
          <w:sz w:val="22"/>
        </w:rPr>
        <w:t>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</w:t>
      </w:r>
    </w:p>
    <w:p/>
    <w:p>
      <w:r>
        <w:rPr>
          <w:b w:val="0"/>
          <w:sz w:val="22"/>
        </w:rPr>
        <w:t>Ort: ________________________________________________________________</w:t>
      </w:r>
    </w:p>
    <w:p>
      <w:r>
        <w:rPr>
          <w:b w:val="0"/>
          <w:sz w:val="22"/>
        </w:rPr>
        <w:t>Datum: 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ANTRAGSTELLER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BEHÖRDE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/ Dienstbezeichnung: 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https://genehmigungen-experte.com/formloser-antrag-baumfallung/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https://genehmigungen-experte.com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genehmigungen-experte.com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genehmigungen-experte.com/formloser-antrag-baumfallung/" TargetMode="External"/><Relationship Id="rId10" Type="http://schemas.openxmlformats.org/officeDocument/2006/relationships/hyperlink" Target="https://genehmigungen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