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FORMLOSER ANTRAG AUF VERBEAMTUNG</w:t>
      </w:r>
    </w:p>
    <w:p/>
    <w:p/>
    <w:p>
      <w:r>
        <w:rPr>
          <w:b/>
          <w:sz w:val="22"/>
        </w:rPr>
        <w:t>Antragsteller:</w:t>
      </w:r>
    </w:p>
    <w:p>
      <w:r>
        <w:rPr>
          <w:b w:val="0"/>
          <w:sz w:val="22"/>
        </w:rPr>
        <w:t>Name: ________________________________________________________________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_________________________________________________________</w:t>
      </w:r>
    </w:p>
    <w:p>
      <w:r>
        <w:rPr>
          <w:b w:val="0"/>
          <w:sz w:val="22"/>
        </w:rPr>
        <w:t>Adresse: ______________________________________________________________</w:t>
      </w:r>
    </w:p>
    <w:p>
      <w:r>
        <w:rPr>
          <w:b w:val="0"/>
          <w:sz w:val="22"/>
        </w:rPr>
        <w:t>Dienststelle / Behörde: 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Antrag auf Verbeamtung auf Lebenszeit / auf Probe / auf Widerruf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die Aufnahme in das Beamtenverhältnis auf Lebenszeit / auf Probe / auf Widerruf (bitte Zutreffendes ankreuzen bzw. ergänzen).</w:t>
      </w:r>
    </w:p>
    <w:p/>
    <w:p/>
    <w:p>
      <w:r>
        <w:rPr>
          <w:b/>
          <w:sz w:val="22"/>
        </w:rPr>
        <w:t>Persönliche Angaben:</w:t>
      </w:r>
    </w:p>
    <w:p>
      <w:r>
        <w:rPr>
          <w:b w:val="0"/>
          <w:sz w:val="22"/>
        </w:rPr>
        <w:t>Staatsangehörigkeit: ___________________________________________________</w:t>
      </w:r>
    </w:p>
    <w:p>
      <w:r>
        <w:rPr>
          <w:b w:val="0"/>
          <w:sz w:val="22"/>
        </w:rPr>
        <w:t>Religionszugehörigkeit (falls erforderlich): _____________________________</w:t>
      </w:r>
    </w:p>
    <w:p>
      <w:r>
        <w:rPr>
          <w:b w:val="0"/>
          <w:sz w:val="22"/>
        </w:rPr>
        <w:t>Familienstand: _________________________________________________________</w:t>
      </w:r>
    </w:p>
    <w:p>
      <w:r>
        <w:rPr>
          <w:b w:val="0"/>
          <w:sz w:val="22"/>
        </w:rPr>
        <w:t>Kinderzahl: ____________________________________________________________</w:t>
      </w:r>
    </w:p>
    <w:p/>
    <w:p/>
    <w:p>
      <w:r>
        <w:rPr>
          <w:b/>
          <w:sz w:val="22"/>
        </w:rPr>
        <w:t>Bildungs- und Berufsabschlüsse:</w:t>
      </w:r>
    </w:p>
    <w:p>
      <w:r>
        <w:rPr>
          <w:b w:val="0"/>
          <w:sz w:val="22"/>
        </w:rPr>
        <w:t>Höchster Schulabschluss: ________________________________________________</w:t>
      </w:r>
    </w:p>
    <w:p>
      <w:r>
        <w:rPr>
          <w:b w:val="0"/>
          <w:sz w:val="22"/>
        </w:rPr>
        <w:t>Studium / Ausbildung: ___________________________________________________</w:t>
      </w:r>
    </w:p>
    <w:p>
      <w:r>
        <w:rPr>
          <w:b w:val="0"/>
          <w:sz w:val="22"/>
        </w:rPr>
        <w:t>Abschlussdatum / -art: _________________________________________________</w:t>
      </w:r>
    </w:p>
    <w:p>
      <w:r>
        <w:rPr>
          <w:b w:val="0"/>
          <w:sz w:val="22"/>
        </w:rPr>
        <w:t>Bisherige berufliche Tätigkeiten (ggf. mit Dienstzeiten):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r>
        <w:rPr>
          <w:b/>
          <w:sz w:val="22"/>
        </w:rPr>
        <w:t>Erklärung:</w:t>
      </w:r>
    </w:p>
    <w:p>
      <w:r>
        <w:rPr>
          <w:b w:val="0"/>
          <w:sz w:val="22"/>
        </w:rPr>
        <w:t>Ich versichere, dass ich die Voraussetzungen für die Verbeamtung erfülle und keine Gründe entgegenstehen, die eine Ernennung ausschließen (z. B. Vorstrafen, gesundheitliche Einschränkungen).</w:t>
      </w:r>
    </w:p>
    <w:p>
      <w:r>
        <w:rPr>
          <w:b w:val="0"/>
          <w:sz w:val="22"/>
        </w:rPr>
        <w:t>Ich bin damit einverstanden, dass die für die Ernennung erforderlichen personenbezogenen Daten verarbeitet werden.</w:t>
      </w:r>
    </w:p>
    <w:p/>
    <w:p/>
    <w:p>
      <w:r>
        <w:rPr>
          <w:b w:val="0"/>
          <w:sz w:val="22"/>
        </w:rPr>
        <w:t>Ort: ________________________________________________________________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Dienstvorgesetzter / Behörde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https://genehmigungen-experte.com/formloser-antrag-verbeamtung/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https://genehmigungen-experte.com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genehmigungen-experte.com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nehmigungen-experte.com/formloser-antrag-verbeamtung/" TargetMode="External"/><Relationship Id="rId10" Type="http://schemas.openxmlformats.org/officeDocument/2006/relationships/hyperlink" Target="https://genehmig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