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Formloser Bauantrag</w:t>
      </w:r>
    </w:p>
    <w:p/>
    <w:p/>
    <w:p>
      <w:r>
        <w:rPr>
          <w:b/>
          <w:sz w:val="22"/>
        </w:rPr>
        <w:t>Antragsteller / Bauherr:</w:t>
      </w:r>
    </w:p>
    <w:p>
      <w:r>
        <w:rPr>
          <w:b w:val="0"/>
          <w:sz w:val="22"/>
        </w:rPr>
        <w:t>Name: ________________________________________________________________</w:t>
      </w:r>
    </w:p>
    <w:p>
      <w:r>
        <w:rPr>
          <w:b w:val="0"/>
          <w:sz w:val="22"/>
        </w:rPr>
        <w:t>Anschrift: _____________________________________________________________</w:t>
      </w:r>
    </w:p>
    <w:p>
      <w:r>
        <w:rPr>
          <w:b w:val="0"/>
          <w:sz w:val="22"/>
        </w:rPr>
        <w:t>Telefon / E-Mail: ______________________________________________________</w:t>
      </w:r>
    </w:p>
    <w:p/>
    <w:p>
      <w:r>
        <w:rPr>
          <w:b/>
          <w:sz w:val="22"/>
        </w:rPr>
        <w:t>Grundstück / Lage des Bauvorhabens:</w:t>
      </w:r>
    </w:p>
    <w:p>
      <w:r>
        <w:rPr>
          <w:b w:val="0"/>
          <w:sz w:val="22"/>
        </w:rPr>
        <w:t>Flurstück: ____________________________________________________________</w:t>
      </w:r>
    </w:p>
    <w:p>
      <w:r>
        <w:rPr>
          <w:b w:val="0"/>
          <w:sz w:val="22"/>
        </w:rPr>
        <w:t>Straße und Hausnummer: _______________________________________________</w:t>
      </w:r>
    </w:p>
    <w:p>
      <w:r>
        <w:rPr>
          <w:b w:val="0"/>
          <w:sz w:val="22"/>
        </w:rPr>
        <w:t>PLZ / Ort: ____________________________________________________________</w:t>
      </w:r>
    </w:p>
    <w:p/>
    <w:p>
      <w:r>
        <w:rPr>
          <w:b/>
          <w:sz w:val="22"/>
        </w:rPr>
        <w:t>Beschreibung des Bauvorhabens:</w:t>
      </w:r>
    </w:p>
    <w:p>
      <w:r>
        <w:rPr>
          <w:b w:val="0"/>
          <w:sz w:val="22"/>
        </w:rPr>
        <w:t>_____________________________________________________________________</w:t>
      </w:r>
    </w:p>
    <w:p>
      <w:r>
        <w:rPr>
          <w:b w:val="0"/>
          <w:sz w:val="22"/>
        </w:rPr>
        <w:t>_____________________________________________________________________</w:t>
      </w:r>
    </w:p>
    <w:p>
      <w:r>
        <w:rPr>
          <w:b w:val="0"/>
          <w:sz w:val="22"/>
        </w:rPr>
        <w:t>_____________________________________________________________________</w:t>
      </w:r>
    </w:p>
    <w:p>
      <w:r>
        <w:rPr>
          <w:b w:val="0"/>
          <w:sz w:val="22"/>
        </w:rPr>
        <w:t>_____________________________________________________________________</w:t>
      </w:r>
    </w:p>
    <w:p>
      <w:r>
        <w:rPr>
          <w:b w:val="0"/>
          <w:sz w:val="22"/>
        </w:rPr>
        <w:t>_____________________________________________________________________</w:t>
      </w:r>
    </w:p>
    <w:p/>
    <w:p>
      <w:r>
        <w:rPr>
          <w:b/>
          <w:sz w:val="22"/>
        </w:rPr>
        <w:t>Bauleiter (falls vorhanden):</w:t>
      </w:r>
    </w:p>
    <w:p>
      <w:r>
        <w:rPr>
          <w:b w:val="0"/>
          <w:sz w:val="22"/>
        </w:rPr>
        <w:t>Name: ________________________________________________________________</w:t>
      </w:r>
    </w:p>
    <w:p>
      <w:r>
        <w:rPr>
          <w:b w:val="0"/>
          <w:sz w:val="22"/>
        </w:rPr>
        <w:t>Anschrift: _____________________________________________________________</w:t>
      </w:r>
    </w:p>
    <w:p>
      <w:r>
        <w:rPr>
          <w:b w:val="0"/>
          <w:sz w:val="22"/>
        </w:rPr>
        <w:t>Telefon / E-Mail: ______________________________________________________</w:t>
      </w:r>
    </w:p>
    <w:p/>
    <w:p>
      <w:r>
        <w:rPr>
          <w:b/>
          <w:sz w:val="22"/>
        </w:rPr>
        <w:t>Folgende Unterlagen werden mit diesem Antrag eingereicht (bitte ankreuzen):</w:t>
      </w:r>
    </w:p>
    <w:p>
      <w:r>
        <w:rPr>
          <w:b w:val="0"/>
          <w:sz w:val="22"/>
        </w:rPr>
        <w:t>☐ Lageplan</w:t>
      </w:r>
    </w:p>
    <w:p>
      <w:r>
        <w:rPr>
          <w:b w:val="0"/>
          <w:sz w:val="22"/>
        </w:rPr>
        <w:t>☐ Bauzeichnungen</w:t>
      </w:r>
    </w:p>
    <w:p>
      <w:r>
        <w:rPr>
          <w:b w:val="0"/>
          <w:sz w:val="22"/>
        </w:rPr>
        <w:t>☐ Baubeschreibung</w:t>
      </w:r>
    </w:p>
    <w:p>
      <w:r>
        <w:rPr>
          <w:b w:val="0"/>
          <w:sz w:val="22"/>
        </w:rPr>
        <w:t>☐ Standsicherheitsnachweis</w:t>
      </w:r>
    </w:p>
    <w:p>
      <w:r>
        <w:rPr>
          <w:b w:val="0"/>
          <w:sz w:val="22"/>
        </w:rPr>
        <w:t>☐ Weitere Unterlagen: ________________________________________________</w:t>
      </w:r>
    </w:p>
    <w:p/>
    <w:p>
      <w:r>
        <w:rPr>
          <w:b/>
          <w:sz w:val="22"/>
        </w:rPr>
        <w:t>Rechtliche Hinweise:</w:t>
      </w:r>
    </w:p>
    <w:p>
      <w:r>
        <w:rPr>
          <w:b w:val="0"/>
          <w:sz w:val="22"/>
        </w:rPr>
        <w:t>Dieser Antrag erfolgt formlos und beinhaltet eine Beschreibung des geplanten Bauvorhabens. Die vollständigen Bauunterlagen und Nachweise sind ggf. separat einzureichen. Mit der Abgabe des Antrags bestätigt der Antragsteller, dass alle Angaben wahrheitsgemäß und vollständig sind.</w:t>
      </w:r>
    </w:p>
    <w:p/>
    <w:p/>
    <w:p>
      <w:r>
        <w:rPr>
          <w:b w:val="0"/>
          <w:sz w:val="22"/>
        </w:rPr>
        <w:t>Ort: _________________________________________________________________</w:t>
      </w:r>
    </w:p>
    <w:p>
      <w:r>
        <w:rPr>
          <w:b w:val="0"/>
          <w:sz w:val="22"/>
        </w:rPr>
        <w:t>Unterschrift Antragsteller: 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Für das Bauamt</w:t>
            </w:r>
          </w:p>
        </w:tc>
        <w:tc>
          <w:tcPr>
            <w:tcW w:type="dxa" w:w="4986"/>
            <w:tcBorders>
              <w:top w:val="nil"/>
              <w:left w:val="nil"/>
              <w:bottom w:val="nil"/>
              <w:right w:val="nil"/>
              <w:insideH w:val="nil"/>
              <w:insideV w:val="nil"/>
            </w:tcBorders>
          </w:tcPr>
          <w:p>
            <w:pPr>
              <w:jc w:val="center"/>
            </w:pPr>
            <w:r>
              <w:t>Datum</w:t>
            </w:r>
          </w:p>
        </w:tc>
      </w:tr>
      <w:tr>
        <w:tc>
          <w:tcPr>
            <w:tcW w:type="dxa" w:w="4986"/>
            <w:tcBorders>
              <w:top w:val="nil"/>
              <w:left w:val="nil"/>
              <w:bottom w:val="nil"/>
              <w:right w:val="nil"/>
              <w:insideH w:val="nil"/>
              <w:insideV w:val="nil"/>
            </w:tcBorders>
          </w:tcPr>
          <w:p>
            <w:pPr>
              <w:jc w:val="center"/>
            </w:pPr>
            <w:r>
              <w:br/>
              <w:br/>
              <w:t>Unterschrift: ____________________________</w:t>
            </w:r>
          </w:p>
        </w:tc>
        <w:tc>
          <w:tcPr>
            <w:tcW w:type="dxa" w:w="4986"/>
            <w:tcBorders>
              <w:top w:val="nil"/>
              <w:left w:val="nil"/>
              <w:bottom w:val="nil"/>
              <w:right w:val="nil"/>
              <w:insideH w:val="nil"/>
              <w:insideV w:val="nil"/>
            </w:tcBorders>
          </w:tcPr>
          <w:p>
            <w:pPr>
              <w:jc w:val="center"/>
            </w:pPr>
            <w:r>
              <w:t>________________________</w:t>
            </w:r>
          </w:p>
        </w:tc>
      </w:tr>
      <w:tr>
        <w:tc>
          <w:tcPr>
            <w:tcW w:type="dxa" w:w="4986"/>
            <w:tcBorders>
              <w:top w:val="nil"/>
              <w:left w:val="nil"/>
              <w:bottom w:val="nil"/>
              <w:right w:val="nil"/>
              <w:insideH w:val="nil"/>
              <w:insideV w:val="nil"/>
            </w:tcBorders>
          </w:tcPr>
          <w:p>
            <w:pPr>
              <w:jc w:val="center"/>
            </w:pPr>
            <w:r>
              <w:t>Name (in Druckbuchstaben): ______________________________</w:t>
            </w:r>
          </w:p>
        </w:tc>
        <w:tc>
          <w:tcPr>
            <w:tcW w:type="dxa" w:w="4986"/>
            <w:tcBorders>
              <w:top w:val="nil"/>
              <w:left w:val="nil"/>
              <w:bottom w:val="nil"/>
              <w:right w:val="nil"/>
              <w:insideH w:val="nil"/>
              <w:insideV w:val="nil"/>
            </w:tcBorders>
          </w:tcPr>
          <w:p>
            <w:pPr>
              <w:jc w:val="center"/>
            </w:pPr>
            <w:r/>
          </w:p>
        </w:tc>
      </w:tr>
    </w:tbl>
    <w:p>
      <w:r>
        <w:br w:type="page"/>
      </w:r>
    </w:p>
    <w:p>
      <w:pPr>
        <w:jc w:val="center"/>
      </w:pPr>
      <w:r>
        <w:rPr>
          <w:color w:val="555555"/>
          <w:sz w:val="24"/>
        </w:rPr>
        <w:t>Originalquelle dieses Dokuments:</w:t>
      </w:r>
    </w:p>
    <w:p>
      <w:pPr>
        <w:jc w:val="center"/>
      </w:pPr>
      <w:hyperlink r:id="rId9">
        <w:r>
          <w:rPr>
            <w:color w:val="0000FF"/>
            <w:u w:val="single"/>
          </w:rPr>
          <w:t>https://genehmigungen-experte.com/formloser-bauantrag/</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https://genehmigungen-experte.com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genehmigungen-experte.com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genehmigungen-experte.com/formloser-bauantrag/" TargetMode="External"/><Relationship Id="rId10" Type="http://schemas.openxmlformats.org/officeDocument/2006/relationships/hyperlink" Target="https://genehmigungen-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