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FREIGABE ERTEILEN</w:t>
      </w:r>
    </w:p>
    <w:p/>
    <w:p/>
    <w:p>
      <w:r>
        <w:rPr>
          <w:b/>
          <w:sz w:val="22"/>
        </w:rPr>
        <w:t>Name des Freigebenden:</w:t>
      </w:r>
    </w:p>
    <w:p>
      <w:r>
        <w:rPr>
          <w:b w:val="0"/>
          <w:sz w:val="22"/>
        </w:rPr>
        <w:t>______________________________________________________________</w:t>
      </w:r>
    </w:p>
    <w:p/>
    <w:p>
      <w:r>
        <w:rPr>
          <w:b/>
          <w:sz w:val="22"/>
        </w:rPr>
        <w:t>Anschrift des Freigebenden:</w:t>
      </w:r>
    </w:p>
    <w:p>
      <w:r>
        <w:rPr>
          <w:b w:val="0"/>
          <w:sz w:val="22"/>
        </w:rPr>
        <w:t>______________________________________________________________</w:t>
      </w:r>
    </w:p>
    <w:p/>
    <w:p>
      <w:r>
        <w:rPr>
          <w:b/>
          <w:sz w:val="22"/>
        </w:rPr>
        <w:t>Name des Freigebenen / Empfängers:</w:t>
      </w:r>
    </w:p>
    <w:p>
      <w:r>
        <w:rPr>
          <w:b w:val="0"/>
          <w:sz w:val="22"/>
        </w:rPr>
        <w:t>______________________________________________________________</w:t>
      </w:r>
    </w:p>
    <w:p/>
    <w:p>
      <w:r>
        <w:rPr>
          <w:b/>
          <w:sz w:val="22"/>
        </w:rPr>
        <w:t>Anschrift des Freigebenen / Empfängers:</w:t>
      </w:r>
    </w:p>
    <w:p>
      <w:r>
        <w:rPr>
          <w:b w:val="0"/>
          <w:sz w:val="22"/>
        </w:rPr>
        <w:t>______________________________________________________________</w:t>
      </w:r>
    </w:p>
    <w:p/>
    <w:p>
      <w:r>
        <w:rPr>
          <w:b/>
          <w:sz w:val="22"/>
        </w:rPr>
        <w:t>Gegenstand der Freigabe:</w:t>
      </w:r>
    </w:p>
    <w:p>
      <w:r>
        <w:rPr>
          <w:b w:val="0"/>
          <w:sz w:val="22"/>
        </w:rPr>
        <w:t>______________________________________________________________</w:t>
      </w:r>
    </w:p>
    <w:p/>
    <w:p>
      <w:r>
        <w:rPr>
          <w:b/>
          <w:sz w:val="22"/>
        </w:rPr>
        <w:t>§ 1 – Erteilung der Freigabe</w:t>
      </w:r>
    </w:p>
    <w:p>
      <w:r>
        <w:rPr>
          <w:b w:val="0"/>
          <w:sz w:val="22"/>
        </w:rPr>
        <w:t>Hiermit erteilt der Freigebende dem Empfänger die ausdrückliche, unwiderrufliche und uneingeschränkte Freigabe zur Nutzung, Verfügung und Bearbeitung des oben genannten Gegenstands. Die Freigabe umfasst alle notwendigen Rechte, die zur ordnungsgemäßen Verwendung erforderlich sind.</w:t>
      </w:r>
    </w:p>
    <w:p/>
    <w:p>
      <w:r>
        <w:rPr>
          <w:b/>
          <w:sz w:val="22"/>
        </w:rPr>
        <w:t>§ 2 – Umfang und Bedingungen</w:t>
      </w:r>
    </w:p>
    <w:p>
      <w:r>
        <w:rPr>
          <w:b w:val="0"/>
          <w:sz w:val="22"/>
        </w:rPr>
        <w:t>Die Freigabe gilt ausschließlich für den in dieser Erklärung genannten Gegenstand und ist auf den vereinbarten Zweck beschränkt. Der Empfänger verpflichtet sich, die Freigabe nur im Rahmen der vereinbarten Bedingungen zu nutzen.</w:t>
      </w:r>
    </w:p>
    <w:p/>
    <w:p>
      <w:r>
        <w:rPr>
          <w:b/>
          <w:sz w:val="22"/>
        </w:rPr>
        <w:t>§ 3 – Haftungsausschluss</w:t>
      </w:r>
    </w:p>
    <w:p>
      <w:r>
        <w:rPr>
          <w:b w:val="0"/>
          <w:sz w:val="22"/>
        </w:rPr>
        <w:t>Der Freigebende übernimmt keine Haftung für Schäden, die aus der Nutzung des freigegebenen Gegenstands entstehen, sofern diese nicht auf vorsätzliches oder grob fahrlässiges Verhalten zurückzuführen sind.</w:t>
      </w:r>
    </w:p>
    <w:p/>
    <w:p>
      <w:r>
        <w:rPr>
          <w:b/>
          <w:sz w:val="22"/>
        </w:rPr>
        <w:t>§ 4 – Salvatorische Klausel</w:t>
      </w:r>
    </w:p>
    <w:p>
      <w:r>
        <w:rPr>
          <w:b w:val="0"/>
          <w:sz w:val="22"/>
        </w:rPr>
        <w:t>Sollten einzelne Bestimmungen dieser Freigabe ganz oder teilweise unwirksam sein oder werden, bleibt die Wirksamkeit der übrigen Bestimmungen unberührt. Anstelle der unwirksamen Regelung tritt eine Regelung, die dem wirtschaftlich Gewollten am nächsten kommt.</w:t>
      </w:r>
    </w:p>
    <w:p/>
    <w:p>
      <w:r>
        <w:rPr>
          <w:b/>
          <w:sz w:val="22"/>
        </w:rPr>
        <w:t>§ 5 – Schlussbestimmungen</w:t>
      </w:r>
    </w:p>
    <w:p>
      <w:r>
        <w:rPr>
          <w:b w:val="0"/>
          <w:sz w:val="22"/>
        </w:rPr>
        <w:t>Diese Freigabe wurde freiwillig und ohne Zwang erteilt. Sie ist rechtsverbindlich und tritt mit Unterzeichnung durch beide Parteien in Kraft.</w:t>
      </w:r>
    </w:p>
    <w:p/>
    <w:p/>
    <w:p>
      <w:r>
        <w:rPr>
          <w:b w:val="0"/>
          <w:sz w:val="22"/>
        </w:rPr>
        <w:t>Ort: ________________________________________________________________</w:t>
      </w:r>
    </w:p>
    <w:p>
      <w:r>
        <w:rPr>
          <w:b w:val="0"/>
          <w:sz w:val="22"/>
        </w:rPr>
        <w:t>Datum: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Freigebender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https://genehmigungen-experte.com/freigabe-erteilen-formulierung/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https://genehmigungen-experte.com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genehmigungen-experte.com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enehmigungen-experte.com/freigabe-erteilen-formulierung/" TargetMode="External"/><Relationship Id="rId10" Type="http://schemas.openxmlformats.org/officeDocument/2006/relationships/hyperlink" Target="https://genehmig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