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ROHS KONFORMITÄTSERKLÄRUNG</w:t>
      </w:r>
    </w:p>
    <w:p/>
    <w:p/>
    <w:p>
      <w:r>
        <w:rPr>
          <w:b/>
          <w:sz w:val="22"/>
        </w:rPr>
        <w:t>Hersteller / Lieferant:</w:t>
      </w:r>
    </w:p>
    <w:p>
      <w:r>
        <w:rPr>
          <w:b w:val="0"/>
          <w:sz w:val="22"/>
        </w:rPr>
        <w:t>Name: ________________________________________________________________</w:t>
      </w:r>
    </w:p>
    <w:p>
      <w:r>
        <w:rPr>
          <w:b w:val="0"/>
          <w:sz w:val="22"/>
        </w:rPr>
        <w:t>Adresse: ______________________________________________________________</w:t>
      </w:r>
    </w:p>
    <w:p>
      <w:r>
        <w:rPr>
          <w:b w:val="0"/>
          <w:sz w:val="22"/>
        </w:rPr>
        <w:t>Telefon / E-Mail: ______________________________________________________</w:t>
      </w:r>
    </w:p>
    <w:p/>
    <w:p>
      <w:r>
        <w:rPr>
          <w:b/>
          <w:sz w:val="22"/>
        </w:rPr>
        <w:t>Produktbezeichnung / Typ:</w:t>
      </w:r>
    </w:p>
    <w:p>
      <w:r>
        <w:rPr>
          <w:b w:val="0"/>
          <w:sz w:val="22"/>
        </w:rPr>
        <w:t>Bezeichnung: __________________________________________________________</w:t>
      </w:r>
    </w:p>
    <w:p>
      <w:r>
        <w:rPr>
          <w:b w:val="0"/>
          <w:sz w:val="22"/>
        </w:rPr>
        <w:t>Typ / Modellnummer: ___________________________________________________</w:t>
      </w:r>
    </w:p>
    <w:p/>
    <w:p>
      <w:r>
        <w:rPr>
          <w:b w:val="0"/>
          <w:sz w:val="22"/>
        </w:rPr>
        <w:t>Diese Konformitätserklärung bestätigt, dass das oben genannte Produkt den Anforderungen der Richtlinie 2011/65/EU (RoHS 2) sowie deren Änderungen entspricht.</w:t>
      </w:r>
    </w:p>
    <w:p/>
    <w:p>
      <w:r>
        <w:rPr>
          <w:b/>
          <w:sz w:val="22"/>
        </w:rPr>
        <w:t>Konformitätserklärung gemäß RoHS 2 (2011/65/EU):</w:t>
      </w:r>
    </w:p>
    <w:p>
      <w:r>
        <w:rPr>
          <w:b w:val="0"/>
          <w:sz w:val="22"/>
        </w:rPr>
        <w:t>Das Produkt erfüllt die in der Richtlinie 2011/65/EU und deren Änderungen festgelegten Grenzwerte für die Verwendung gefährlicher Stoffe in Elektro- und Elektronikgeräten.</w:t>
      </w:r>
    </w:p>
    <w:p/>
    <w:p>
      <w:r>
        <w:rPr>
          <w:b/>
          <w:sz w:val="22"/>
        </w:rPr>
        <w:t>Folgende Stoffe werden gemäß RoHS Grenzwerten berücksichtigt: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Blei (Pb)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≤ 0,1 %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Quecksilber (Hg)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≤ 0,1 %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Cadmium (Cd)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≤ 0,01 %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Chrom VI (Cr6+)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≤ 0,1 %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Polybromierte Biphenyle (PBB)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≤ 0,1 %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Polybromierte Diphenylether (PBDE)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≤ 0,1 %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Bis(2-Ethylhexyl)phthalat (DEHP), Butylbenzylphthalat (BBP), Dibutylphthalat (DBP), Diisobutylphthalat (DIBP)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left"/>
            </w:pPr>
            <w:r>
              <w:rPr>
                <w:sz w:val="20"/>
              </w:rPr>
              <w:t>jeweils ≤ 0,1 %</w:t>
            </w:r>
          </w:p>
        </w:tc>
      </w:tr>
    </w:tbl>
    <w:p/>
    <w:p/>
    <w:p>
      <w:r>
        <w:rPr>
          <w:b w:val="0"/>
          <w:sz w:val="22"/>
        </w:rPr>
        <w:t>Diese Erklärung basiert auf den Ergebnissen interner Prüfungen, Lieferantenauskünften und Materialdatenblättern.</w:t>
      </w:r>
    </w:p>
    <w:p>
      <w:r>
        <w:rPr>
          <w:b/>
          <w:sz w:val="22"/>
        </w:rPr>
        <w:t>Der Hersteller garantiert, dass alle verwendeten Materialien und Komponenten die Anforderungen der RoHS 2 Richtlinie erfüllen.</w:t>
      </w:r>
    </w:p>
    <w:p/>
    <w:p/>
    <w:p>
      <w:r>
        <w:rPr>
          <w:b w:val="0"/>
          <w:sz w:val="22"/>
        </w:rPr>
        <w:t>Ort: ______________________________________________________________</w:t>
      </w:r>
    </w:p>
    <w:p>
      <w:r>
        <w:rPr>
          <w:b w:val="0"/>
          <w:sz w:val="22"/>
        </w:rPr>
        <w:t>Unterschrift: ______________________________________________________</w:t>
      </w:r>
    </w:p>
    <w:p>
      <w:r>
        <w:rPr>
          <w:b w:val="0"/>
          <w:sz w:val="22"/>
        </w:rPr>
        <w:t>Name des Unterzeichners: ___________________________________________</w:t>
      </w:r>
    </w:p>
    <w:p>
      <w:r>
        <w:rPr>
          <w:b w:val="0"/>
          <w:sz w:val="22"/>
        </w:rPr>
        <w:t>Funktion / Position: ________________________________________________</w:t>
      </w:r>
    </w:p>
    <w:p/>
    <w:p/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https://genehmigungen-experte.com/rohs-konformitatserklarung/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https://genehmigungen-experte.com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genehmigungen-experte.com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genehmigungen-experte.com/rohs-konformitatserklarung/" TargetMode="External"/><Relationship Id="rId10" Type="http://schemas.openxmlformats.org/officeDocument/2006/relationships/hyperlink" Target="https://genehmigungen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