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AMTSNIEDERLEGUNG</w:t>
      </w:r>
    </w:p>
    <w:p/>
    <w:p/>
    <w:p>
      <w:r>
        <w:rPr>
          <w:b w:val="0"/>
          <w:sz w:val="22"/>
        </w:rPr>
        <w:t>Hiermit erkläre ich,</w:t>
      </w:r>
    </w:p>
    <w:p>
      <w:r>
        <w:rPr>
          <w:b w:val="0"/>
          <w:sz w:val="22"/>
        </w:rPr>
        <w:t>Name: _________________________________________________________________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__________________________________________________________</w:t>
      </w:r>
    </w:p>
    <w:p/>
    <w:p>
      <w:r>
        <w:rPr>
          <w:b/>
          <w:sz w:val="22"/>
        </w:rPr>
        <w:t>dass ich mein Amt als</w:t>
      </w:r>
    </w:p>
    <w:p>
      <w:r>
        <w:rPr>
          <w:b w:val="0"/>
          <w:sz w:val="22"/>
        </w:rPr>
        <w:t>Amtsbezeichnung: ________________________________________________________</w:t>
      </w:r>
    </w:p>
    <w:p>
      <w:r>
        <w:rPr>
          <w:b w:val="0"/>
          <w:sz w:val="22"/>
        </w:rPr>
        <w:t>bei der Organisation/Institution: _________________________________________</w:t>
      </w:r>
    </w:p>
    <w:p/>
    <w:p>
      <w:r>
        <w:rPr>
          <w:b/>
          <w:sz w:val="22"/>
        </w:rPr>
        <w:t>mit sofortiger Wirkung / zum nächstmöglichen Zeitpunkt niederlege.</w:t>
      </w:r>
    </w:p>
    <w:p/>
    <w:p>
      <w:r>
        <w:rPr>
          <w:b w:val="0"/>
          <w:sz w:val="22"/>
        </w:rPr>
        <w:t>Die Amtsniederlegung erfolgt freiwillig und ohne Zwang.</w:t>
      </w:r>
    </w:p>
    <w:p>
      <w:r>
        <w:rPr>
          <w:b w:val="0"/>
          <w:sz w:val="22"/>
        </w:rPr>
        <w:t>Ich bestätige, dass ich über die Folgen der Amtsniederlegung informiert wurde und diese zur Kenntnis nehme.</w:t>
      </w:r>
    </w:p>
    <w:p/>
    <w:p>
      <w:r>
        <w:rPr>
          <w:b w:val="0"/>
          <w:sz w:val="22"/>
        </w:rPr>
        <w:t>Bitte bestätigen Sie den Erhalt dieser Amtsniederlegung schriftlich.</w:t>
      </w:r>
    </w:p>
    <w:p/>
    <w:p/>
    <w:p>
      <w:r>
        <w:rPr>
          <w:b w:val="0"/>
          <w:sz w:val="22"/>
        </w:rPr>
        <w:t>Mit freundlichen Grüßen,</w:t>
      </w:r>
    </w:p>
    <w:p/>
    <w:p/>
    <w:p/>
    <w:p/>
    <w:p>
      <w:r>
        <w:rPr>
          <w:b w:val="0"/>
          <w:sz w:val="22"/>
        </w:rPr>
        <w:t>____________________________________________________</w:t>
      </w:r>
    </w:p>
    <w:p>
      <w:r>
        <w:rPr>
          <w:b w:val="0"/>
          <w:sz w:val="22"/>
        </w:rPr>
        <w:t>Unterschrift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Datum Empfang: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Empfangsbestätigung durch: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Unterschrift: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https://genehmigungen-experte.com/schreiben-amtsniederlegung-sbv/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schreiben-amtsniederlegung-sbv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