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SCHREIBEN ZUR ERHÖHUNG DER VERWALTERGEBÜHR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 / Firma: 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________________________________________________________________</w:t>
      </w:r>
    </w:p>
    <w:p>
      <w:r>
        <w:rPr>
          <w:b w:val="0"/>
          <w:sz w:val="22"/>
        </w:rPr>
        <w:t>Telefon / E-Mail: _________________________________________________________</w:t>
      </w:r>
    </w:p>
    <w:p/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  <w:t>Name / Firma des Verwalters: ______________________________________________</w:t>
      </w:r>
    </w:p>
    <w:p>
      <w:r>
        <w:rPr>
          <w:b w:val="0"/>
          <w:sz w:val="22"/>
        </w:rPr>
        <w:t>Anschrift: ________________________________________________________________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Mitteilung über die Erhöhung der Verwaltergebühr gemäß Verwaltungvertrag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möchten wir Sie darüber informieren, dass wir die monatliche Verwaltergebühr für die Wohnungseigentümergemeinschaft / das Objekt anpassen werden. Diese Entscheidung erfolgte nach gründlicher Prüfung und unter Berücksichtigung der aktuellen Marktlage sowie gestiegener Kosten im Bereich der Hausverwaltung.</w:t>
      </w:r>
    </w:p>
    <w:p/>
    <w:p>
      <w:r>
        <w:rPr>
          <w:b/>
          <w:sz w:val="22"/>
        </w:rPr>
        <w:t>Begründung der Gebührenerhöhung:</w:t>
      </w:r>
    </w:p>
    <w:p>
      <w:r>
        <w:rPr>
          <w:b w:val="0"/>
          <w:sz w:val="22"/>
        </w:rPr>
        <w:t>Die Erhöhung resultiert aus folgenden Gründen:</w:t>
        <w:br/>
        <w:t>- Anstieg der allgemeinen Betriebskosten</w:t>
        <w:br/>
        <w:t>- Erweiterte Leistungen im Verwaltungsumfang</w:t>
        <w:br/>
        <w:t>- Inflation und gestiegene Personal- sowie Sachkosten</w:t>
        <w:br/>
        <w:t>- Notwendige Anpassung zur Sicherstellung einer ordnungsgemäßen Verwaltung</w:t>
      </w:r>
    </w:p>
    <w:p/>
    <w:p>
      <w:r>
        <w:rPr>
          <w:b/>
          <w:sz w:val="22"/>
        </w:rPr>
        <w:t>Neue Verwaltergebühr:</w:t>
      </w:r>
    </w:p>
    <w:p>
      <w:r>
        <w:rPr>
          <w:b w:val="0"/>
          <w:sz w:val="22"/>
        </w:rPr>
        <w:t>Ab dem ______________ beträgt die monatliche Verwaltergebühr nun: ______________ € netto.</w:t>
      </w:r>
    </w:p>
    <w:p/>
    <w:p>
      <w:r>
        <w:rPr>
          <w:b/>
          <w:sz w:val="22"/>
        </w:rPr>
        <w:t>Rechtsgrundlage:</w:t>
      </w:r>
    </w:p>
    <w:p>
      <w:r>
        <w:rPr>
          <w:b w:val="0"/>
          <w:sz w:val="22"/>
        </w:rPr>
        <w:t>Die Anpassung erfolgt gemäß den vertraglichen Vereinbarungen im Verwaltervertrag sowie unter Beachtung der §§ 675, 611 BGB. Die Erhöhung wurde ordnungsgemäß angekündigt und ist mit einer angemessenen Frist einzuhalten.</w:t>
      </w:r>
    </w:p>
    <w:p/>
    <w:p>
      <w:r>
        <w:rPr>
          <w:b w:val="0"/>
          <w:sz w:val="22"/>
        </w:rPr>
        <w:t>Wir bitten Sie, uns den Erhalt dieses Schreibens sowie Ihr Einverständnis mit der Anpassung der Verwaltergebühr schriftlich zu bestätigen. Für Rückfragen stehen wir Ihnen selbstverständlich gerne zur Verfügung.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/ Verwalter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https://genehmigungen-experte.com/schreiben-erhohung-verwaltergebuhr/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schreiben-erhohung-verwaltergebuhr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