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VERWEISUNGSANTRAG</w:t>
      </w:r>
    </w:p>
    <w:p/>
    <w:p/>
    <w:p>
      <w:r>
        <w:rPr>
          <w:b/>
          <w:sz w:val="22"/>
        </w:rPr>
        <w:t>An das zuständige Amtsgericht</w:t>
      </w:r>
    </w:p>
    <w:p>
      <w:r>
        <w:rPr>
          <w:b w:val="0"/>
          <w:sz w:val="22"/>
        </w:rPr>
        <w:t>Abteilung für Grundbuchangelegenheiten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Eintragung einer Verweisung im Grundbuch</w:t>
      </w:r>
    </w:p>
    <w:p/>
    <w:p/>
    <w:p>
      <w:r>
        <w:rPr>
          <w:b/>
          <w:sz w:val="22"/>
        </w:rPr>
        <w:t>1. Antragsteller</w:t>
      </w:r>
    </w:p>
    <w:p>
      <w:r>
        <w:rPr>
          <w:b w:val="0"/>
          <w:sz w:val="22"/>
        </w:rPr>
        <w:t xml:space="preserve">Name: </w:t>
      </w:r>
    </w:p>
    <w:p>
      <w:r>
        <w:rPr>
          <w:b w:val="0"/>
          <w:sz w:val="22"/>
        </w:rPr>
        <w:t xml:space="preserve">Anschrift: </w:t>
      </w:r>
    </w:p>
    <w:p>
      <w:r>
        <w:rPr>
          <w:b w:val="0"/>
          <w:sz w:val="22"/>
        </w:rPr>
        <w:t xml:space="preserve">Vertreten durch (falls zutreffend): </w:t>
      </w:r>
    </w:p>
    <w:p/>
    <w:p>
      <w:r>
        <w:rPr>
          <w:b/>
          <w:sz w:val="22"/>
        </w:rPr>
        <w:t>2. Grundstück</w:t>
      </w:r>
    </w:p>
    <w:p>
      <w:r>
        <w:rPr>
          <w:b w:val="0"/>
          <w:sz w:val="22"/>
        </w:rPr>
        <w:t xml:space="preserve">Gemarkung: </w:t>
      </w:r>
    </w:p>
    <w:p>
      <w:r>
        <w:rPr>
          <w:b w:val="0"/>
          <w:sz w:val="22"/>
        </w:rPr>
        <w:t xml:space="preserve">Flur: </w:t>
      </w:r>
    </w:p>
    <w:p>
      <w:r>
        <w:rPr>
          <w:b w:val="0"/>
          <w:sz w:val="22"/>
        </w:rPr>
        <w:t xml:space="preserve">Flurstück(e): </w:t>
      </w:r>
    </w:p>
    <w:p>
      <w:r>
        <w:rPr>
          <w:b w:val="0"/>
          <w:sz w:val="22"/>
        </w:rPr>
        <w:t xml:space="preserve">Grundbuchbezirk: </w:t>
      </w:r>
    </w:p>
    <w:p>
      <w:r>
        <w:rPr>
          <w:b w:val="0"/>
          <w:sz w:val="22"/>
        </w:rPr>
        <w:t xml:space="preserve">Grundbuchblattnummer: </w:t>
      </w:r>
    </w:p>
    <w:p/>
    <w:p>
      <w:r>
        <w:rPr>
          <w:b/>
          <w:sz w:val="22"/>
        </w:rPr>
        <w:t>3. Antrag auf Verweisung</w:t>
      </w:r>
    </w:p>
    <w:p>
      <w:r>
        <w:rPr>
          <w:b w:val="0"/>
          <w:sz w:val="22"/>
        </w:rPr>
        <w:t>Hiermit beantrage ich die Eintragung der Verweisung im Grundbuch gemäß § 883 BGB i.V.m. § 14 GBO.</w:t>
      </w:r>
    </w:p>
    <w:p>
      <w:r>
        <w:rPr>
          <w:b w:val="0"/>
          <w:sz w:val="22"/>
        </w:rPr>
        <w:t>Grundlage der Verweisung ist das Recht des Antragstellers, welches im Grundbuch des Verweisungsgrundstücks eingetragen werden soll.</w:t>
      </w:r>
    </w:p>
    <w:p>
      <w:r>
        <w:rPr>
          <w:b w:val="0"/>
          <w:sz w:val="22"/>
        </w:rPr>
        <w:t>Das Verweisungsrecht soll auf das folgende Grundstück verweisen:</w:t>
      </w:r>
    </w:p>
    <w:p>
      <w:r>
        <w:rPr>
          <w:b w:val="0"/>
          <w:sz w:val="22"/>
        </w:rPr>
        <w:t xml:space="preserve">Gemarkung: </w:t>
      </w:r>
    </w:p>
    <w:p>
      <w:r>
        <w:rPr>
          <w:b w:val="0"/>
          <w:sz w:val="22"/>
        </w:rPr>
        <w:t xml:space="preserve">Flur: </w:t>
      </w:r>
    </w:p>
    <w:p>
      <w:r>
        <w:rPr>
          <w:b w:val="0"/>
          <w:sz w:val="22"/>
        </w:rPr>
        <w:t xml:space="preserve">Flurstück(e): </w:t>
      </w:r>
    </w:p>
    <w:p>
      <w:r>
        <w:rPr>
          <w:b w:val="0"/>
          <w:sz w:val="22"/>
        </w:rPr>
        <w:t xml:space="preserve">Grundbuchbezirk: </w:t>
      </w:r>
    </w:p>
    <w:p>
      <w:r>
        <w:rPr>
          <w:b w:val="0"/>
          <w:sz w:val="22"/>
        </w:rPr>
        <w:t xml:space="preserve">Grundbuchblattnummer: </w:t>
      </w:r>
    </w:p>
    <w:p/>
    <w:p>
      <w:r>
        <w:rPr>
          <w:b/>
          <w:sz w:val="22"/>
        </w:rPr>
        <w:t>4. Begründung</w:t>
      </w:r>
    </w:p>
    <w:p>
      <w:r>
        <w:rPr>
          <w:b w:val="0"/>
          <w:sz w:val="22"/>
        </w:rPr>
        <w:t>Die Verweisung erfolgt gemäß den gesetzlichen Vorschriften, insbesondere § 883 BGB und § 14 GBO, da das Recht des Antragstellers sich auf ein anderes Grundstück bezieht.</w:t>
      </w:r>
    </w:p>
    <w:p>
      <w:r>
        <w:rPr>
          <w:b w:val="0"/>
          <w:sz w:val="22"/>
        </w:rPr>
        <w:t>Die erforderlichen Unterlagen und Nachweise werden beigefügt oder nachgereicht.</w:t>
      </w:r>
    </w:p>
    <w:p/>
    <w:p>
      <w:r>
        <w:rPr>
          <w:b/>
          <w:sz w:val="22"/>
        </w:rPr>
        <w:t>5. Anlagen</w:t>
      </w:r>
    </w:p>
    <w:p>
      <w:r>
        <w:rPr>
          <w:b w:val="0"/>
          <w:sz w:val="22"/>
        </w:rPr>
        <w:t>- Nachweis über das Verweisungsrecht (z.B. Vertrag, Urteil, Verfügung)</w:t>
      </w:r>
    </w:p>
    <w:p>
      <w:r>
        <w:rPr>
          <w:b w:val="0"/>
          <w:sz w:val="22"/>
        </w:rPr>
        <w:t>- Auszug aus dem Grundbuch des Verweisungsgrundstücks</w:t>
      </w:r>
    </w:p>
    <w:p>
      <w:r>
        <w:rPr>
          <w:b w:val="0"/>
          <w:sz w:val="22"/>
        </w:rPr>
        <w:t>- Vollmacht (falls erforderlich)</w:t>
      </w:r>
    </w:p>
    <w:p>
      <w:r>
        <w:rPr>
          <w:b w:val="0"/>
          <w:sz w:val="22"/>
        </w:rPr>
        <w:t xml:space="preserve">- Sonstige Unterlagen: </w:t>
      </w:r>
    </w:p>
    <w:p/>
    <w:p/>
    <w:p>
      <w:r>
        <w:rPr>
          <w:b w:val="0"/>
          <w:sz w:val="22"/>
        </w:rPr>
        <w:t>Ort, Datum: 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 / Vertretung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Grundbuchamt / Amtsgericht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Bestätigung: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https://genehmigungen-experte.com/verweisungsantrag/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verweisungsantrag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