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VOLLMACHT ZUR AUSKUNFT AUS DEM BAULASTENVERZEICHNIS</w:t>
      </w:r>
    </w:p>
    <w:p/>
    <w:p/>
    <w:p>
      <w:r>
        <w:rPr>
          <w:b/>
          <w:sz w:val="22"/>
        </w:rPr>
        <w:t>Vollmachtgeber</w:t>
      </w:r>
    </w:p>
    <w:p>
      <w:r>
        <w:rPr>
          <w:b w:val="0"/>
          <w:sz w:val="22"/>
        </w:rPr>
        <w:t>Name: ________________________________________________________________</w:t>
      </w:r>
    </w:p>
    <w:p>
      <w:r>
        <w:rPr>
          <w:b w:val="0"/>
          <w:sz w:val="22"/>
        </w:rPr>
        <w:t>Anschrift: ___________________________________________________________</w:t>
      </w:r>
    </w:p>
    <w:p>
      <w:r>
        <w:rPr>
          <w:b w:val="0"/>
          <w:sz w:val="22"/>
        </w:rPr>
        <w:t>Geburtsdatum: _______________________________________________________</w:t>
      </w:r>
    </w:p>
    <w:p/>
    <w:p>
      <w:r>
        <w:rPr>
          <w:b/>
          <w:sz w:val="22"/>
        </w:rPr>
        <w:t>Vollmachtnehmer</w:t>
      </w:r>
    </w:p>
    <w:p>
      <w:r>
        <w:rPr>
          <w:b w:val="0"/>
          <w:sz w:val="22"/>
        </w:rPr>
        <w:t>Name: ________________________________________________________________</w:t>
      </w:r>
    </w:p>
    <w:p>
      <w:r>
        <w:rPr>
          <w:b w:val="0"/>
          <w:sz w:val="22"/>
        </w:rPr>
        <w:t>Anschrift: ___________________________________________________________</w:t>
      </w:r>
    </w:p>
    <w:p/>
    <w:p>
      <w:r>
        <w:rPr>
          <w:b/>
          <w:sz w:val="22"/>
        </w:rPr>
        <w:t>Betreffendes Grundstück / Flurstück</w:t>
      </w:r>
    </w:p>
    <w:p>
      <w:r>
        <w:rPr>
          <w:b w:val="0"/>
          <w:sz w:val="22"/>
        </w:rPr>
        <w:t>Gemarkung: __________________________________________________________</w:t>
      </w:r>
    </w:p>
    <w:p>
      <w:r>
        <w:rPr>
          <w:b w:val="0"/>
          <w:sz w:val="22"/>
        </w:rPr>
        <w:t>Flurstücksnummer: ___________________________________________________</w:t>
      </w:r>
    </w:p>
    <w:p>
      <w:r>
        <w:rPr>
          <w:b w:val="0"/>
          <w:sz w:val="22"/>
        </w:rPr>
        <w:t>Straße / Adresse: ____________________________________________________</w:t>
      </w:r>
    </w:p>
    <w:p/>
    <w:p/>
    <w:p>
      <w:r>
        <w:rPr>
          <w:b w:val="0"/>
          <w:sz w:val="22"/>
        </w:rPr>
        <w:t>Hiermit bevollmächtigt der Vollmachtgeber den Vollmachtnehmer ausdrücklich, für ihn beim zuständigen Bauamt oder der zuständigen Behörde Auskünfte und Nachweise aus dem Baulastenverzeichnis einzuholen, insbesondere Einsicht in das Baulastenverzeichnis zu nehmen, Auszüge und Abschriften zu erhalten und alle hierfür erforderlichen Erklärungen abzugeben.</w:t>
      </w:r>
    </w:p>
    <w:p/>
    <w:p>
      <w:r>
        <w:rPr>
          <w:b w:val="0"/>
          <w:sz w:val="22"/>
        </w:rPr>
        <w:t>Diese Vollmacht berechtigt nicht zur Abgabe von Willenserklärungen, die über die Auskunftserteilung hinausgehen, und ist ausschließlich für das oben genannte Grundstück gültig.</w:t>
      </w:r>
    </w:p>
    <w:p/>
    <w:p>
      <w:r>
        <w:rPr>
          <w:b w:val="0"/>
          <w:sz w:val="22"/>
        </w:rPr>
        <w:t>Die Vollmacht gilt bis auf Widerruf.</w:t>
      </w:r>
    </w:p>
    <w:p/>
    <w:p/>
    <w:p/>
    <w:p>
      <w:r>
        <w:rPr>
          <w:b w:val="0"/>
          <w:sz w:val="22"/>
        </w:rPr>
        <w:t>Ort: _________________________________________________________________</w:t>
      </w:r>
    </w:p>
    <w:p>
      <w:r>
        <w:rPr>
          <w:b w:val="0"/>
          <w:sz w:val="22"/>
        </w:rPr>
        <w:t>Datum: 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Vollmachtnehmer</w:t>
            </w:r>
          </w:p>
        </w:tc>
      </w:tr>
      <w:tr>
        <w:tc>
          <w:tcPr>
            <w:tcW w:type="dxa" w:w="4986"/>
            <w:tcBorders>
              <w:top w:val="nil"/>
              <w:left w:val="nil"/>
              <w:bottom w:val="nil"/>
              <w:right w:val="nil"/>
              <w:insideH w:val="nil"/>
              <w:insideV w:val="nil"/>
            </w:tcBorders>
          </w:tcPr>
          <w:p>
            <w:pPr>
              <w:jc w:val="center"/>
            </w:pPr>
            <w:r>
              <w:br/>
              <w:br/>
              <w:t>Unterschrift: ______________________________</w:t>
            </w:r>
          </w:p>
        </w:tc>
        <w:tc>
          <w:tcPr>
            <w:tcW w:type="dxa" w:w="4986"/>
            <w:tcBorders>
              <w:top w:val="nil"/>
              <w:left w:val="nil"/>
              <w:bottom w:val="nil"/>
              <w:right w:val="nil"/>
              <w:insideH w:val="nil"/>
              <w:insideV w:val="nil"/>
            </w:tcBorders>
          </w:tcPr>
          <w:p>
            <w:pPr>
              <w:jc w:val="center"/>
            </w:pPr>
            <w:r>
              <w:br/>
              <w:br/>
              <w:t>Unterschrift: ______________________________</w:t>
            </w:r>
          </w:p>
        </w:tc>
      </w:tr>
      <w:tr>
        <w:tc>
          <w:tcPr>
            <w:tcW w:type="dxa" w:w="4986"/>
            <w:tcBorders>
              <w:top w:val="nil"/>
              <w:left w:val="nil"/>
              <w:bottom w:val="nil"/>
              <w:right w:val="nil"/>
              <w:insideH w:val="nil"/>
              <w:insideV w:val="nil"/>
            </w:tcBorders>
          </w:tcPr>
          <w:p>
            <w:pPr>
              <w:jc w:val="center"/>
            </w:pPr>
            <w:r>
              <w:t>Name in Druckbuchstaben: __________________</w:t>
            </w:r>
          </w:p>
        </w:tc>
        <w:tc>
          <w:tcPr>
            <w:tcW w:type="dxa" w:w="4986"/>
            <w:tcBorders>
              <w:top w:val="nil"/>
              <w:left w:val="nil"/>
              <w:bottom w:val="nil"/>
              <w:right w:val="nil"/>
              <w:insideH w:val="nil"/>
              <w:insideV w:val="nil"/>
            </w:tcBorders>
          </w:tcPr>
          <w:p>
            <w:pPr>
              <w:jc w:val="center"/>
            </w:pPr>
            <w:r>
              <w:t>Name in Druckbuchstaben: __________________</w:t>
            </w:r>
          </w:p>
        </w:tc>
      </w:tr>
    </w:tbl>
    <w:p>
      <w:r>
        <w:br w:type="page"/>
      </w:r>
    </w:p>
    <w:p>
      <w:pPr>
        <w:jc w:val="center"/>
      </w:pPr>
      <w:r>
        <w:rPr>
          <w:color w:val="555555"/>
          <w:sz w:val="24"/>
        </w:rPr>
        <w:t>Originalquelle dieses Dokuments:</w:t>
      </w:r>
    </w:p>
    <w:p>
      <w:pPr>
        <w:jc w:val="center"/>
      </w:pPr>
      <w:hyperlink r:id="rId9">
        <w:r>
          <w:rPr>
            <w:color w:val="0000FF"/>
            <w:u w:val="single"/>
          </w:rPr>
          <w:t>https://genehmigungen-experte.com/vollmacht-baulastenverzeichnis/</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https://genehmigungen-experte.com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genehmigungen-experte.com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enehmigungen-experte.com/vollmacht-baulastenverzeichnis/" TargetMode="External"/><Relationship Id="rId10" Type="http://schemas.openxmlformats.org/officeDocument/2006/relationships/hyperlink" Target="https://genehmig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